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9140D" w14:textId="77777777" w:rsidR="00544D2D" w:rsidRPr="00F46833" w:rsidRDefault="002B513F">
      <w:pPr>
        <w:spacing w:after="40"/>
        <w:jc w:val="center"/>
        <w:rPr>
          <w:rFonts w:ascii="BIZ UDPゴシック" w:eastAsia="BIZ UDPゴシック" w:hAnsi="BIZ UDPゴシック"/>
        </w:rPr>
      </w:pPr>
      <w:r w:rsidRPr="00F46833">
        <w:rPr>
          <w:rFonts w:ascii="BIZ UDPゴシック" w:eastAsia="BIZ UDPゴシック" w:hAnsi="BIZ UDPゴシック"/>
          <w:b/>
          <w:sz w:val="28"/>
        </w:rPr>
        <w:t>自己申告書</w:t>
      </w:r>
    </w:p>
    <w:p w14:paraId="27F30925" w14:textId="46CD5BA0" w:rsidR="00544D2D" w:rsidRPr="00F46833" w:rsidRDefault="002B513F">
      <w:pPr>
        <w:spacing w:after="40"/>
        <w:jc w:val="right"/>
        <w:rPr>
          <w:rFonts w:ascii="BIZ UDPゴシック" w:eastAsia="BIZ UDPゴシック" w:hAnsi="BIZ UDPゴシック"/>
          <w:lang w:eastAsia="ja-JP"/>
        </w:rPr>
      </w:pPr>
      <w:r w:rsidRPr="00F46833">
        <w:rPr>
          <w:rFonts w:ascii="BIZ UDPゴシック" w:eastAsia="BIZ UDPゴシック" w:hAnsi="BIZ UDPゴシック"/>
          <w:lang w:eastAsia="ja-JP"/>
        </w:rPr>
        <w:t xml:space="preserve">　</w:t>
      </w:r>
      <w:r w:rsidR="00AC3E74">
        <w:rPr>
          <w:rFonts w:ascii="BIZ UDPゴシック" w:eastAsia="BIZ UDPゴシック" w:hAnsi="BIZ UDPゴシック" w:hint="eastAsia"/>
          <w:lang w:eastAsia="ja-JP"/>
        </w:rPr>
        <w:t xml:space="preserve">令和　　</w:t>
      </w:r>
      <w:r w:rsidRPr="00F46833">
        <w:rPr>
          <w:rFonts w:ascii="BIZ UDPゴシック" w:eastAsia="BIZ UDPゴシック" w:hAnsi="BIZ UDPゴシック"/>
          <w:lang w:eastAsia="ja-JP"/>
        </w:rPr>
        <w:t>年</w:t>
      </w:r>
      <w:r w:rsidR="00AC3E74">
        <w:rPr>
          <w:rFonts w:ascii="BIZ UDPゴシック" w:eastAsia="BIZ UDPゴシック" w:hAnsi="BIZ UDPゴシック" w:hint="eastAsia"/>
          <w:lang w:eastAsia="ja-JP"/>
        </w:rPr>
        <w:t xml:space="preserve">　　</w:t>
      </w:r>
      <w:r w:rsidRPr="00F46833">
        <w:rPr>
          <w:rFonts w:ascii="BIZ UDPゴシック" w:eastAsia="BIZ UDPゴシック" w:hAnsi="BIZ UDPゴシック"/>
          <w:lang w:eastAsia="ja-JP"/>
        </w:rPr>
        <w:t>月</w:t>
      </w:r>
      <w:r w:rsidR="00AC3E74">
        <w:rPr>
          <w:rFonts w:ascii="BIZ UDPゴシック" w:eastAsia="BIZ UDPゴシック" w:hAnsi="BIZ UDPゴシック" w:hint="eastAsia"/>
          <w:lang w:eastAsia="ja-JP"/>
        </w:rPr>
        <w:t xml:space="preserve">　　</w:t>
      </w:r>
      <w:r w:rsidRPr="00F46833">
        <w:rPr>
          <w:rFonts w:ascii="BIZ UDPゴシック" w:eastAsia="BIZ UDPゴシック" w:hAnsi="BIZ UDPゴシック"/>
          <w:lang w:eastAsia="ja-JP"/>
        </w:rPr>
        <w:t>日</w:t>
      </w:r>
    </w:p>
    <w:p w14:paraId="74BE38CF" w14:textId="77777777" w:rsidR="008C6E7D" w:rsidRPr="00AC3E74" w:rsidRDefault="008C6E7D">
      <w:pPr>
        <w:spacing w:after="40"/>
        <w:rPr>
          <w:rFonts w:ascii="BIZ UDPゴシック" w:eastAsia="BIZ UDPゴシック" w:hAnsi="BIZ UDPゴシック"/>
          <w:sz w:val="21"/>
          <w:szCs w:val="21"/>
          <w:lang w:eastAsia="ja-JP"/>
        </w:rPr>
      </w:pPr>
    </w:p>
    <w:p w14:paraId="167F00BC" w14:textId="6414D58D" w:rsidR="008C6E7D" w:rsidRPr="00AC3E74" w:rsidRDefault="002B513F">
      <w:pPr>
        <w:spacing w:after="40"/>
        <w:rPr>
          <w:rFonts w:ascii="BIZ UDPゴシック" w:eastAsia="BIZ UDPゴシック" w:hAnsi="BIZ UDPゴシック"/>
          <w:b/>
          <w:bCs/>
          <w:sz w:val="21"/>
          <w:szCs w:val="21"/>
          <w:lang w:eastAsia="ja-JP"/>
        </w:rPr>
      </w:pPr>
      <w:r w:rsidRPr="00AC3E74">
        <w:rPr>
          <w:rFonts w:ascii="BIZ UDPゴシック" w:eastAsia="BIZ UDPゴシック" w:hAnsi="BIZ UDPゴシック"/>
          <w:b/>
          <w:bCs/>
          <w:sz w:val="21"/>
          <w:szCs w:val="21"/>
          <w:lang w:eastAsia="ja-JP"/>
        </w:rPr>
        <w:t>私どもは</w:t>
      </w:r>
      <w:r w:rsidR="00AC3E74" w:rsidRPr="00AC3E74">
        <w:rPr>
          <w:rFonts w:ascii="BIZ UDPゴシック" w:eastAsia="BIZ UDPゴシック" w:hAnsi="BIZ UDPゴシック"/>
          <w:b/>
          <w:bCs/>
          <w:sz w:val="21"/>
          <w:szCs w:val="21"/>
          <w:lang w:eastAsia="ja-JP"/>
        </w:rPr>
        <w:t>，</w:t>
      </w:r>
      <w:r w:rsidRPr="00AC3E74">
        <w:rPr>
          <w:rFonts w:ascii="BIZ UDPゴシック" w:eastAsia="BIZ UDPゴシック" w:hAnsi="BIZ UDPゴシック"/>
          <w:b/>
          <w:bCs/>
          <w:sz w:val="21"/>
          <w:szCs w:val="21"/>
          <w:lang w:eastAsia="ja-JP"/>
        </w:rPr>
        <w:t>この求人申込の時点において</w:t>
      </w:r>
      <w:r w:rsidR="00AC3E74" w:rsidRPr="00AC3E74">
        <w:rPr>
          <w:rFonts w:ascii="BIZ UDPゴシック" w:eastAsia="BIZ UDPゴシック" w:hAnsi="BIZ UDPゴシック"/>
          <w:b/>
          <w:bCs/>
          <w:sz w:val="21"/>
          <w:szCs w:val="21"/>
          <w:lang w:eastAsia="ja-JP"/>
        </w:rPr>
        <w:t>，</w:t>
      </w:r>
      <w:r w:rsidRPr="00AC3E74">
        <w:rPr>
          <w:rFonts w:ascii="BIZ UDPゴシック" w:eastAsia="BIZ UDPゴシック" w:hAnsi="BIZ UDPゴシック"/>
          <w:b/>
          <w:bCs/>
          <w:sz w:val="21"/>
          <w:szCs w:val="21"/>
          <w:lang w:eastAsia="ja-JP"/>
        </w:rPr>
        <w:t>職業安定法に規定する求人不受理の対象に該当いたしません。</w:t>
      </w:r>
    </w:p>
    <w:tbl>
      <w:tblPr>
        <w:tblStyle w:val="afe"/>
        <w:tblW w:w="0" w:type="auto"/>
        <w:tblInd w:w="279" w:type="dxa"/>
        <w:tblLook w:val="04A0" w:firstRow="1" w:lastRow="0" w:firstColumn="1" w:lastColumn="0" w:noHBand="0" w:noVBand="1"/>
      </w:tblPr>
      <w:tblGrid>
        <w:gridCol w:w="2268"/>
        <w:gridCol w:w="7087"/>
      </w:tblGrid>
      <w:tr w:rsidR="00AC3E74" w:rsidRPr="00AC3E74" w14:paraId="4FE3ABE6" w14:textId="77777777" w:rsidTr="00DA4A9A">
        <w:tc>
          <w:tcPr>
            <w:tcW w:w="2268" w:type="dxa"/>
            <w:shd w:val="clear" w:color="auto" w:fill="D9D9D9" w:themeFill="background1" w:themeFillShade="D9"/>
            <w:vAlign w:val="center"/>
          </w:tcPr>
          <w:p w14:paraId="663EB874" w14:textId="4154DBF4" w:rsidR="00AC3E74" w:rsidRPr="00AC3E74" w:rsidRDefault="00AC3E74">
            <w:pPr>
              <w:spacing w:after="40"/>
              <w:rPr>
                <w:rFonts w:ascii="BIZ UDPゴシック" w:eastAsia="BIZ UDPゴシック" w:hAnsi="BIZ UDPゴシック"/>
                <w:sz w:val="21"/>
                <w:szCs w:val="21"/>
                <w:lang w:eastAsia="ja-JP"/>
              </w:rPr>
            </w:pPr>
            <w:r w:rsidRPr="00AC3E74">
              <w:rPr>
                <w:rFonts w:ascii="BIZ UDPゴシック" w:eastAsia="BIZ UDPゴシック" w:hAnsi="BIZ UDPゴシック" w:hint="eastAsia"/>
                <w:sz w:val="21"/>
                <w:szCs w:val="21"/>
                <w:lang w:eastAsia="ja-JP"/>
              </w:rPr>
              <w:t>事業所名</w:t>
            </w:r>
          </w:p>
        </w:tc>
        <w:tc>
          <w:tcPr>
            <w:tcW w:w="7087" w:type="dxa"/>
            <w:vAlign w:val="center"/>
          </w:tcPr>
          <w:p w14:paraId="0F3719C1" w14:textId="77777777" w:rsidR="00AC3E74" w:rsidRPr="00AC3E74" w:rsidRDefault="00AC3E74">
            <w:pPr>
              <w:spacing w:after="40"/>
              <w:rPr>
                <w:rFonts w:ascii="BIZ UDPゴシック" w:eastAsia="BIZ UDPゴシック" w:hAnsi="BIZ UDPゴシック"/>
                <w:sz w:val="21"/>
                <w:szCs w:val="21"/>
                <w:lang w:eastAsia="ja-JP"/>
              </w:rPr>
            </w:pPr>
          </w:p>
        </w:tc>
      </w:tr>
      <w:tr w:rsidR="00AC3E74" w:rsidRPr="00AC3E74" w14:paraId="3896631B" w14:textId="77777777" w:rsidTr="00DA4A9A">
        <w:tc>
          <w:tcPr>
            <w:tcW w:w="2268" w:type="dxa"/>
            <w:shd w:val="clear" w:color="auto" w:fill="D9D9D9" w:themeFill="background1" w:themeFillShade="D9"/>
            <w:vAlign w:val="center"/>
          </w:tcPr>
          <w:p w14:paraId="6C466587" w14:textId="078651ED" w:rsidR="00AC3E74" w:rsidRPr="00AC3E74" w:rsidRDefault="00AC3E74">
            <w:pPr>
              <w:spacing w:after="40"/>
              <w:rPr>
                <w:rFonts w:ascii="BIZ UDPゴシック" w:eastAsia="BIZ UDPゴシック" w:hAnsi="BIZ UDPゴシック"/>
                <w:sz w:val="21"/>
                <w:szCs w:val="21"/>
                <w:lang w:eastAsia="ja-JP"/>
              </w:rPr>
            </w:pPr>
            <w:r w:rsidRPr="00AC3E74">
              <w:rPr>
                <w:rFonts w:ascii="BIZ UDPゴシック" w:eastAsia="BIZ UDPゴシック" w:hAnsi="BIZ UDPゴシック" w:hint="eastAsia"/>
                <w:sz w:val="21"/>
                <w:szCs w:val="21"/>
                <w:lang w:eastAsia="ja-JP"/>
              </w:rPr>
              <w:t>事業所所在地</w:t>
            </w:r>
          </w:p>
        </w:tc>
        <w:tc>
          <w:tcPr>
            <w:tcW w:w="7087" w:type="dxa"/>
            <w:vAlign w:val="center"/>
          </w:tcPr>
          <w:p w14:paraId="63B1D71D" w14:textId="77777777" w:rsidR="00AC3E74" w:rsidRPr="00AC3E74" w:rsidRDefault="00AC3E74">
            <w:pPr>
              <w:spacing w:after="40"/>
              <w:rPr>
                <w:rFonts w:ascii="BIZ UDPゴシック" w:eastAsia="BIZ UDPゴシック" w:hAnsi="BIZ UDPゴシック"/>
                <w:sz w:val="21"/>
                <w:szCs w:val="21"/>
                <w:lang w:eastAsia="ja-JP"/>
              </w:rPr>
            </w:pPr>
          </w:p>
        </w:tc>
      </w:tr>
      <w:tr w:rsidR="00AC3E74" w:rsidRPr="00AC3E74" w14:paraId="6022995A" w14:textId="77777777" w:rsidTr="00DA4A9A">
        <w:tc>
          <w:tcPr>
            <w:tcW w:w="2268" w:type="dxa"/>
            <w:shd w:val="clear" w:color="auto" w:fill="D9D9D9" w:themeFill="background1" w:themeFillShade="D9"/>
            <w:vAlign w:val="center"/>
          </w:tcPr>
          <w:p w14:paraId="7C64C80A" w14:textId="7848EDE2" w:rsidR="00AC3E74" w:rsidRPr="00AC3E74" w:rsidRDefault="00AC3E74">
            <w:pPr>
              <w:spacing w:after="40"/>
              <w:rPr>
                <w:rFonts w:ascii="BIZ UDPゴシック" w:eastAsia="BIZ UDPゴシック" w:hAnsi="BIZ UDPゴシック"/>
                <w:sz w:val="21"/>
                <w:szCs w:val="21"/>
                <w:lang w:eastAsia="ja-JP"/>
              </w:rPr>
            </w:pPr>
            <w:r w:rsidRPr="00AC3E74">
              <w:rPr>
                <w:rFonts w:ascii="BIZ UDPゴシック" w:eastAsia="BIZ UDPゴシック" w:hAnsi="BIZ UDPゴシック" w:hint="eastAsia"/>
                <w:sz w:val="21"/>
                <w:szCs w:val="21"/>
                <w:lang w:eastAsia="ja-JP"/>
              </w:rPr>
              <w:t>代表者名</w:t>
            </w:r>
          </w:p>
        </w:tc>
        <w:tc>
          <w:tcPr>
            <w:tcW w:w="7087" w:type="dxa"/>
            <w:vAlign w:val="center"/>
          </w:tcPr>
          <w:p w14:paraId="415B218B" w14:textId="77777777" w:rsidR="00AC3E74" w:rsidRPr="00AC3E74" w:rsidRDefault="00AC3E74">
            <w:pPr>
              <w:spacing w:after="40"/>
              <w:rPr>
                <w:rFonts w:ascii="BIZ UDPゴシック" w:eastAsia="BIZ UDPゴシック" w:hAnsi="BIZ UDPゴシック"/>
                <w:sz w:val="21"/>
                <w:szCs w:val="21"/>
                <w:lang w:eastAsia="ja-JP"/>
              </w:rPr>
            </w:pPr>
          </w:p>
        </w:tc>
      </w:tr>
    </w:tbl>
    <w:p w14:paraId="1054D3E9" w14:textId="77777777" w:rsidR="00AC3E74" w:rsidRPr="00AC3E74" w:rsidRDefault="00AC3E74">
      <w:pPr>
        <w:spacing w:after="40"/>
        <w:rPr>
          <w:rFonts w:ascii="BIZ UDPゴシック" w:eastAsia="BIZ UDPゴシック" w:hAnsi="BIZ UDPゴシック"/>
          <w:sz w:val="21"/>
          <w:szCs w:val="21"/>
          <w:lang w:eastAsia="ja-JP"/>
        </w:rPr>
      </w:pPr>
    </w:p>
    <w:p w14:paraId="230A0A57" w14:textId="160ADB9D" w:rsidR="00544D2D" w:rsidRPr="0063682A" w:rsidRDefault="00AC3E74">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b/>
          <w:sz w:val="20"/>
          <w:szCs w:val="20"/>
          <w:lang w:eastAsia="ja-JP"/>
        </w:rPr>
        <w:t>【</w:t>
      </w:r>
      <w:r w:rsidR="002B513F" w:rsidRPr="0063682A">
        <w:rPr>
          <w:rFonts w:ascii="BIZ UDPゴシック" w:eastAsia="BIZ UDPゴシック" w:hAnsi="BIZ UDPゴシック"/>
          <w:b/>
          <w:sz w:val="20"/>
          <w:szCs w:val="20"/>
          <w:lang w:eastAsia="ja-JP"/>
        </w:rPr>
        <w:t>この自己申告書についての説明事項</w:t>
      </w:r>
      <w:r w:rsidRPr="0063682A">
        <w:rPr>
          <w:rFonts w:ascii="BIZ UDPゴシック" w:eastAsia="BIZ UDPゴシック" w:hAnsi="BIZ UDPゴシック" w:hint="eastAsia"/>
          <w:b/>
          <w:sz w:val="20"/>
          <w:szCs w:val="20"/>
          <w:lang w:eastAsia="ja-JP"/>
        </w:rPr>
        <w:t>】</w:t>
      </w:r>
    </w:p>
    <w:p w14:paraId="7ECFFBAB" w14:textId="77777777" w:rsidR="00AC3E74" w:rsidRPr="0063682A" w:rsidRDefault="00AC3E74" w:rsidP="00AC3E74">
      <w:pPr>
        <w:spacing w:after="40"/>
        <w:ind w:left="400" w:hangingChars="200" w:hanging="40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002B513F" w:rsidRPr="0063682A">
        <w:rPr>
          <w:rFonts w:ascii="BIZ UDPゴシック" w:eastAsia="BIZ UDPゴシック" w:hAnsi="BIZ UDPゴシック"/>
          <w:sz w:val="20"/>
          <w:szCs w:val="20"/>
          <w:lang w:eastAsia="ja-JP"/>
        </w:rPr>
        <w:t>(1) 以下のチェックシートの項目に1つでも該当する場合には</w:t>
      </w:r>
      <w:r w:rsidRPr="0063682A">
        <w:rPr>
          <w:rFonts w:ascii="BIZ UDPゴシック" w:eastAsia="BIZ UDPゴシック" w:hAnsi="BIZ UDPゴシック"/>
          <w:sz w:val="20"/>
          <w:szCs w:val="20"/>
          <w:lang w:eastAsia="ja-JP"/>
        </w:rPr>
        <w:t>，</w:t>
      </w:r>
      <w:r w:rsidR="002B513F" w:rsidRPr="0063682A">
        <w:rPr>
          <w:rFonts w:ascii="BIZ UDPゴシック" w:eastAsia="BIZ UDPゴシック" w:hAnsi="BIZ UDPゴシック"/>
          <w:sz w:val="20"/>
          <w:szCs w:val="20"/>
          <w:lang w:eastAsia="ja-JP"/>
        </w:rPr>
        <w:t>職業安定法に規定する求人不受理に該当します。</w:t>
      </w:r>
    </w:p>
    <w:p w14:paraId="36E72F71" w14:textId="77777777" w:rsidR="00AC3E74" w:rsidRPr="0063682A" w:rsidRDefault="00AC3E74">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002B513F" w:rsidRPr="0063682A">
        <w:rPr>
          <w:rFonts w:ascii="BIZ UDPゴシック" w:eastAsia="BIZ UDPゴシック" w:hAnsi="BIZ UDPゴシック"/>
          <w:sz w:val="20"/>
          <w:szCs w:val="20"/>
          <w:lang w:eastAsia="ja-JP"/>
        </w:rPr>
        <w:t>(2)</w:t>
      </w:r>
      <w:r w:rsidRPr="0063682A">
        <w:rPr>
          <w:rFonts w:ascii="BIZ UDPゴシック" w:eastAsia="BIZ UDPゴシック" w:hAnsi="BIZ UDPゴシック" w:hint="eastAsia"/>
          <w:sz w:val="20"/>
          <w:szCs w:val="20"/>
          <w:lang w:eastAsia="ja-JP"/>
        </w:rPr>
        <w:t xml:space="preserve"> </w:t>
      </w:r>
      <w:r w:rsidR="002B513F" w:rsidRPr="0063682A">
        <w:rPr>
          <w:rFonts w:ascii="BIZ UDPゴシック" w:eastAsia="BIZ UDPゴシック" w:hAnsi="BIZ UDPゴシック"/>
          <w:sz w:val="20"/>
          <w:szCs w:val="20"/>
          <w:lang w:eastAsia="ja-JP"/>
        </w:rPr>
        <w:t>この自己申告書に記載した内容に変更があった場合は</w:t>
      </w:r>
      <w:r w:rsidRPr="0063682A">
        <w:rPr>
          <w:rFonts w:ascii="BIZ UDPゴシック" w:eastAsia="BIZ UDPゴシック" w:hAnsi="BIZ UDPゴシック"/>
          <w:sz w:val="20"/>
          <w:szCs w:val="20"/>
          <w:lang w:eastAsia="ja-JP"/>
        </w:rPr>
        <w:t>，</w:t>
      </w:r>
      <w:r w:rsidR="002B513F" w:rsidRPr="0063682A">
        <w:rPr>
          <w:rFonts w:ascii="BIZ UDPゴシック" w:eastAsia="BIZ UDPゴシック" w:hAnsi="BIZ UDPゴシック"/>
          <w:sz w:val="20"/>
          <w:szCs w:val="20"/>
          <w:lang w:eastAsia="ja-JP"/>
        </w:rPr>
        <w:t>速やかに修正の上</w:t>
      </w:r>
      <w:r w:rsidRPr="0063682A">
        <w:rPr>
          <w:rFonts w:ascii="BIZ UDPゴシック" w:eastAsia="BIZ UDPゴシック" w:hAnsi="BIZ UDPゴシック" w:hint="eastAsia"/>
          <w:sz w:val="20"/>
          <w:szCs w:val="20"/>
          <w:lang w:eastAsia="ja-JP"/>
        </w:rPr>
        <w:t>，再</w:t>
      </w:r>
      <w:r w:rsidR="002B513F" w:rsidRPr="0063682A">
        <w:rPr>
          <w:rFonts w:ascii="BIZ UDPゴシック" w:eastAsia="BIZ UDPゴシック" w:hAnsi="BIZ UDPゴシック"/>
          <w:sz w:val="20"/>
          <w:szCs w:val="20"/>
          <w:lang w:eastAsia="ja-JP"/>
        </w:rPr>
        <w:t>提出してください。</w:t>
      </w:r>
    </w:p>
    <w:p w14:paraId="533B7ABB" w14:textId="3ABF4D50" w:rsidR="00544D2D" w:rsidRPr="0063682A" w:rsidRDefault="00AC3E74" w:rsidP="00AC3E74">
      <w:pPr>
        <w:spacing w:after="40"/>
        <w:ind w:left="400" w:hangingChars="200" w:hanging="40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002B513F" w:rsidRPr="0063682A">
        <w:rPr>
          <w:rFonts w:ascii="BIZ UDPゴシック" w:eastAsia="BIZ UDPゴシック" w:hAnsi="BIZ UDPゴシック"/>
          <w:sz w:val="20"/>
          <w:szCs w:val="20"/>
          <w:lang w:eastAsia="ja-JP"/>
        </w:rPr>
        <w:t>(3)</w:t>
      </w:r>
      <w:r w:rsidRPr="0063682A">
        <w:rPr>
          <w:rFonts w:ascii="BIZ UDPゴシック" w:eastAsia="BIZ UDPゴシック" w:hAnsi="BIZ UDPゴシック" w:hint="eastAsia"/>
          <w:sz w:val="20"/>
          <w:szCs w:val="20"/>
          <w:lang w:eastAsia="ja-JP"/>
        </w:rPr>
        <w:t xml:space="preserve"> </w:t>
      </w:r>
      <w:r w:rsidR="002B513F" w:rsidRPr="0063682A">
        <w:rPr>
          <w:rFonts w:ascii="BIZ UDPゴシック" w:eastAsia="BIZ UDPゴシック" w:hAnsi="BIZ UDPゴシック"/>
          <w:sz w:val="20"/>
          <w:szCs w:val="20"/>
          <w:lang w:eastAsia="ja-JP"/>
        </w:rPr>
        <w:t>申告内容が事実と異なる場合は</w:t>
      </w:r>
      <w:r w:rsidRPr="0063682A">
        <w:rPr>
          <w:rFonts w:ascii="BIZ UDPゴシック" w:eastAsia="BIZ UDPゴシック" w:hAnsi="BIZ UDPゴシック"/>
          <w:sz w:val="20"/>
          <w:szCs w:val="20"/>
          <w:lang w:eastAsia="ja-JP"/>
        </w:rPr>
        <w:t>，</w:t>
      </w:r>
      <w:r w:rsidR="002B513F" w:rsidRPr="0063682A">
        <w:rPr>
          <w:rFonts w:ascii="BIZ UDPゴシック" w:eastAsia="BIZ UDPゴシック" w:hAnsi="BIZ UDPゴシック"/>
          <w:sz w:val="20"/>
          <w:szCs w:val="20"/>
          <w:lang w:eastAsia="ja-JP"/>
        </w:rPr>
        <w:t>職業安定法第48条の3第2項及び第3項の規定に基づき</w:t>
      </w:r>
      <w:r w:rsidRPr="0063682A">
        <w:rPr>
          <w:rFonts w:ascii="BIZ UDPゴシック" w:eastAsia="BIZ UDPゴシック" w:hAnsi="BIZ UDPゴシック"/>
          <w:sz w:val="20"/>
          <w:szCs w:val="20"/>
          <w:lang w:eastAsia="ja-JP"/>
        </w:rPr>
        <w:t>，</w:t>
      </w:r>
      <w:r w:rsidR="002B513F" w:rsidRPr="0063682A">
        <w:rPr>
          <w:rFonts w:ascii="BIZ UDPゴシック" w:eastAsia="BIZ UDPゴシック" w:hAnsi="BIZ UDPゴシック"/>
          <w:sz w:val="20"/>
          <w:szCs w:val="20"/>
          <w:lang w:eastAsia="ja-JP"/>
        </w:rPr>
        <w:t>厚生労働大臣又は都道府県労働局長による勧告及び公表の対象となります。</w:t>
      </w:r>
    </w:p>
    <w:p w14:paraId="7E2043DE" w14:textId="77777777" w:rsidR="00DA4A9A" w:rsidRDefault="00DA4A9A">
      <w:pPr>
        <w:spacing w:after="40"/>
        <w:rPr>
          <w:rFonts w:ascii="BIZ UDPゴシック" w:eastAsia="BIZ UDPゴシック" w:hAnsi="BIZ UDPゴシック"/>
          <w:b/>
          <w:sz w:val="21"/>
          <w:szCs w:val="21"/>
          <w:lang w:eastAsia="ja-JP"/>
        </w:rPr>
      </w:pPr>
      <w:r>
        <w:rPr>
          <w:rFonts w:ascii="BIZ UDPゴシック" w:eastAsia="BIZ UDPゴシック" w:hAnsi="BIZ UDPゴシック"/>
          <w:b/>
          <w:noProof/>
          <w:sz w:val="21"/>
          <w:szCs w:val="21"/>
          <w:lang w:eastAsia="ja-JP"/>
        </w:rPr>
        <mc:AlternateContent>
          <mc:Choice Requires="wps">
            <w:drawing>
              <wp:anchor distT="0" distB="0" distL="114300" distR="114300" simplePos="0" relativeHeight="251659264" behindDoc="0" locked="0" layoutInCell="1" allowOverlap="1" wp14:anchorId="72AECD3B" wp14:editId="2FE0777A">
                <wp:simplePos x="0" y="0"/>
                <wp:positionH relativeFrom="column">
                  <wp:posOffset>-74622</wp:posOffset>
                </wp:positionH>
                <wp:positionV relativeFrom="paragraph">
                  <wp:posOffset>143374</wp:posOffset>
                </wp:positionV>
                <wp:extent cx="6628079" cy="6818359"/>
                <wp:effectExtent l="0" t="0" r="20955" b="20955"/>
                <wp:wrapNone/>
                <wp:docPr id="1" name="正方形/長方形 1"/>
                <wp:cNvGraphicFramePr/>
                <a:graphic xmlns:a="http://schemas.openxmlformats.org/drawingml/2006/main">
                  <a:graphicData uri="http://schemas.microsoft.com/office/word/2010/wordprocessingShape">
                    <wps:wsp>
                      <wps:cNvSpPr/>
                      <wps:spPr>
                        <a:xfrm>
                          <a:off x="0" y="0"/>
                          <a:ext cx="6628079" cy="6818359"/>
                        </a:xfrm>
                        <a:prstGeom prst="rect">
                          <a:avLst/>
                        </a:prstGeom>
                        <a:noFill/>
                        <a:ln w="6350" cap="rnd">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BE1F4D" id="正方形/長方形 1" o:spid="_x0000_s1026" style="position:absolute;left:0;text-align:left;margin-left:-5.9pt;margin-top:11.3pt;width:521.9pt;height:53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" filled="f" strokecolor="black [3213]" strokeweight=".5pt">
                <v:stroke endcap="round"/>
              </v:rect>
            </w:pict>
          </mc:Fallback>
        </mc:AlternateContent>
      </w:r>
    </w:p>
    <w:p w14:paraId="5EA14E40" w14:textId="7F0FBFE4" w:rsidR="003D2156" w:rsidRPr="00E60F4E" w:rsidRDefault="00DC2AC7">
      <w:pPr>
        <w:spacing w:after="40"/>
        <w:rPr>
          <w:rFonts w:ascii="BIZ UDPゴシック" w:eastAsia="BIZ UDPゴシック" w:hAnsi="BIZ UDPゴシック"/>
          <w:b/>
          <w:sz w:val="21"/>
          <w:szCs w:val="21"/>
          <w:lang w:eastAsia="ja-JP"/>
        </w:rPr>
      </w:pPr>
      <w:r w:rsidRPr="00E60F4E">
        <w:rPr>
          <w:rFonts w:ascii="BIZ UDPゴシック" w:eastAsia="BIZ UDPゴシック" w:hAnsi="BIZ UDPゴシック" w:hint="eastAsia"/>
          <w:b/>
          <w:sz w:val="21"/>
          <w:szCs w:val="21"/>
          <w:lang w:eastAsia="ja-JP"/>
        </w:rPr>
        <w:t>＜チェックシート＞</w:t>
      </w:r>
    </w:p>
    <w:p w14:paraId="523CBBE8" w14:textId="73AB0BD4" w:rsidR="00DA4A9A" w:rsidRPr="0063682A" w:rsidRDefault="00DC2AC7">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Pr="00E44724">
        <w:rPr>
          <w:rFonts w:ascii="BIZ UDPゴシック" w:eastAsia="BIZ UDPゴシック" w:hAnsi="BIZ UDPゴシック" w:hint="eastAsia"/>
          <w:b/>
          <w:bCs/>
          <w:i/>
          <w:iCs/>
          <w:sz w:val="20"/>
          <w:szCs w:val="20"/>
          <w:u w:val="wave"/>
          <w:lang w:eastAsia="ja-JP"/>
        </w:rPr>
        <w:t>以下に該当する場合は</w:t>
      </w:r>
      <w:r w:rsidRPr="0063682A">
        <w:rPr>
          <w:rFonts w:ascii="BIZ UDPゴシック" w:eastAsia="BIZ UDPゴシック" w:hAnsi="BIZ UDPゴシック" w:hint="eastAsia"/>
          <w:sz w:val="20"/>
          <w:szCs w:val="20"/>
          <w:lang w:eastAsia="ja-JP"/>
        </w:rPr>
        <w:t>，チェック欄</w:t>
      </w:r>
      <w:r>
        <w:rPr>
          <w:rFonts w:ascii="BIZ UDPゴシック" w:eastAsia="BIZ UDPゴシック" w:hAnsi="BIZ UDPゴシック" w:hint="eastAsia"/>
          <w:sz w:val="20"/>
          <w:szCs w:val="20"/>
          <w:lang w:eastAsia="ja-JP"/>
        </w:rPr>
        <w:t>に</w:t>
      </w:r>
      <w:r w:rsidRPr="00E60F4E">
        <w:rPr>
          <w:rFonts w:ascii="BIZ UDPゴシック" w:eastAsia="BIZ UDPゴシック" w:hAnsi="BIZ UDPゴシック" w:hint="eastAsia"/>
          <w:sz w:val="20"/>
          <w:szCs w:val="20"/>
          <w:lang w:eastAsia="ja-JP"/>
        </w:rPr>
        <w:t>レ点（</w:t>
      </w:r>
      <w:r>
        <w:rPr>
          <w:rFonts w:ascii="BIZ UDPゴシック" w:eastAsia="BIZ UDPゴシック" w:hAnsi="BIZ UDPゴシック" w:hint="eastAsia"/>
          <w:sz w:val="20"/>
          <w:szCs w:val="20"/>
          <w:lang w:eastAsia="ja-JP"/>
        </w:rPr>
        <w:t>例：</w:t>
      </w:r>
      <w:r w:rsidRPr="00E60F4E">
        <w:rPr>
          <w:rFonts w:ascii="BIZ UDPゴシック" w:eastAsia="BIZ UDPゴシック" w:hAnsi="BIZ UDPゴシック" w:hint="eastAsia"/>
          <w:sz w:val="20"/>
          <w:szCs w:val="20"/>
          <w:lang w:eastAsia="ja-JP"/>
        </w:rPr>
        <w:t>「</w:t>
      </w:r>
      <w:r w:rsidRPr="00E60F4E">
        <w:rPr>
          <w:rFonts w:ascii="BIZ UDPゴシック" w:eastAsia="BIZ UDPゴシック" w:hAnsi="BIZ UDPゴシック"/>
          <w:sz w:val="20"/>
          <w:szCs w:val="20"/>
          <w:lang w:eastAsia="ja-JP"/>
        </w:rPr>
        <w:t>✓</w:t>
      </w:r>
      <w:r w:rsidRPr="00E60F4E">
        <w:rPr>
          <w:rFonts w:ascii="BIZ UDPゴシック" w:eastAsia="BIZ UDPゴシック" w:hAnsi="BIZ UDPゴシック" w:hint="eastAsia"/>
          <w:sz w:val="20"/>
          <w:szCs w:val="20"/>
          <w:lang w:eastAsia="ja-JP"/>
        </w:rPr>
        <w:t>」）</w:t>
      </w:r>
      <w:r>
        <w:rPr>
          <w:rFonts w:ascii="BIZ UDPゴシック" w:eastAsia="BIZ UDPゴシック" w:hAnsi="BIZ UDPゴシック" w:hint="eastAsia"/>
          <w:sz w:val="20"/>
          <w:szCs w:val="20"/>
          <w:lang w:eastAsia="ja-JP"/>
        </w:rPr>
        <w:t>を記入するか，</w:t>
      </w:r>
      <w:r w:rsidRPr="0063682A">
        <w:rPr>
          <w:rFonts w:ascii="BIZ UDPゴシック" w:eastAsia="BIZ UDPゴシック" w:hAnsi="BIZ UDPゴシック" w:hint="eastAsia"/>
          <w:sz w:val="20"/>
          <w:szCs w:val="20"/>
          <w:lang w:eastAsia="ja-JP"/>
        </w:rPr>
        <w:t>黒く塗りつぶしてください（例：</w:t>
      </w:r>
      <w:r>
        <w:rPr>
          <w:rFonts w:ascii="BIZ UDPゴシック" w:eastAsia="BIZ UDPゴシック" w:hAnsi="BIZ UDPゴシック" w:hint="eastAsia"/>
          <w:sz w:val="20"/>
          <w:szCs w:val="20"/>
          <w:lang w:eastAsia="ja-JP"/>
        </w:rPr>
        <w:t>「</w:t>
      </w:r>
      <w:r w:rsidRPr="0063682A">
        <w:rPr>
          <w:rFonts w:ascii="BIZ UDPゴシック" w:eastAsia="BIZ UDPゴシック" w:hAnsi="BIZ UDPゴシック" w:hint="eastAsia"/>
          <w:sz w:val="20"/>
          <w:szCs w:val="20"/>
          <w:lang w:eastAsia="ja-JP"/>
        </w:rPr>
        <w:t>■</w:t>
      </w:r>
      <w:r>
        <w:rPr>
          <w:rFonts w:ascii="BIZ UDPゴシック" w:eastAsia="BIZ UDPゴシック" w:hAnsi="BIZ UDPゴシック" w:hint="eastAsia"/>
          <w:sz w:val="20"/>
          <w:szCs w:val="20"/>
          <w:lang w:eastAsia="ja-JP"/>
        </w:rPr>
        <w:t>」</w:t>
      </w:r>
      <w:r w:rsidRPr="0063682A">
        <w:rPr>
          <w:rFonts w:ascii="BIZ UDPゴシック" w:eastAsia="BIZ UDPゴシック" w:hAnsi="BIZ UDPゴシック" w:hint="eastAsia"/>
          <w:sz w:val="20"/>
          <w:szCs w:val="20"/>
          <w:lang w:eastAsia="ja-JP"/>
        </w:rPr>
        <w:t>）。</w:t>
      </w:r>
    </w:p>
    <w:p w14:paraId="305F43D8" w14:textId="6904F7ED" w:rsidR="00DA4A9A" w:rsidRPr="0063682A" w:rsidRDefault="00DC2AC7">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なお，以下のうち１つでも該当する場合は，求人不受理の対象となります。</w:t>
      </w:r>
    </w:p>
    <w:p w14:paraId="51CE5704" w14:textId="408BD4EF" w:rsidR="00544D2D" w:rsidRPr="00AC3E74" w:rsidRDefault="00DC2AC7" w:rsidP="00DA4A9A">
      <w:pPr>
        <w:spacing w:after="40"/>
        <w:ind w:left="420" w:hangingChars="200" w:hanging="420"/>
        <w:rPr>
          <w:rFonts w:ascii="BIZ UDPゴシック" w:eastAsia="BIZ UDPゴシック" w:hAnsi="BIZ UDPゴシック"/>
          <w:sz w:val="21"/>
          <w:szCs w:val="21"/>
          <w:lang w:eastAsia="ja-JP"/>
        </w:rPr>
      </w:pPr>
      <w:r>
        <w:rPr>
          <w:rFonts w:ascii="BIZ UDPゴシック" w:eastAsia="BIZ UDPゴシック" w:hAnsi="BIZ UDPゴシック" w:hint="eastAsia"/>
          <w:sz w:val="21"/>
          <w:szCs w:val="21"/>
          <w:lang w:eastAsia="ja-JP"/>
        </w:rPr>
        <w:t xml:space="preserve">　</w:t>
      </w:r>
      <w:r w:rsidRPr="00E60F4E">
        <w:rPr>
          <w:rFonts w:ascii="BIZ UDPゴシック" w:eastAsia="BIZ UDPゴシック" w:hAnsi="BIZ UDPゴシック" w:hint="eastAsia"/>
          <w:sz w:val="20"/>
          <w:szCs w:val="20"/>
          <w:lang w:eastAsia="ja-JP"/>
        </w:rPr>
        <w:t>※　　項目４については，求人不受理の対象ではありませんが，該当する事業所には職業紹介を行うことができません。</w:t>
      </w:r>
    </w:p>
    <w:p w14:paraId="03957BC0" w14:textId="77777777" w:rsidR="008C6E7D" w:rsidRPr="003D2156" w:rsidRDefault="008C6E7D">
      <w:pPr>
        <w:spacing w:after="40"/>
        <w:rPr>
          <w:rFonts w:ascii="BIZ UDPゴシック" w:eastAsia="BIZ UDPゴシック" w:hAnsi="BIZ UDPゴシック"/>
          <w:b/>
          <w:sz w:val="14"/>
          <w:szCs w:val="14"/>
          <w:lang w:eastAsia="ja-JP"/>
        </w:rPr>
      </w:pPr>
    </w:p>
    <w:p w14:paraId="73ED19D4" w14:textId="1488E54E" w:rsidR="00544D2D" w:rsidRPr="0063682A" w:rsidRDefault="002B513F">
      <w:pPr>
        <w:spacing w:after="40"/>
        <w:rPr>
          <w:rFonts w:ascii="BIZ UDPゴシック" w:eastAsia="BIZ UDPゴシック" w:hAnsi="BIZ UDPゴシック"/>
          <w:sz w:val="20"/>
          <w:szCs w:val="20"/>
          <w:u w:val="single"/>
          <w:lang w:eastAsia="ja-JP"/>
        </w:rPr>
      </w:pPr>
      <w:r w:rsidRPr="0063682A">
        <w:rPr>
          <w:rFonts w:ascii="BIZ UDPゴシック" w:eastAsia="BIZ UDPゴシック" w:hAnsi="BIZ UDPゴシック"/>
          <w:b/>
          <w:sz w:val="20"/>
          <w:szCs w:val="20"/>
          <w:u w:val="single"/>
          <w:lang w:eastAsia="ja-JP"/>
        </w:rPr>
        <w:t>1</w:t>
      </w:r>
      <w:r w:rsidR="001C7795" w:rsidRPr="0063682A">
        <w:rPr>
          <w:rFonts w:ascii="BIZ UDPゴシック" w:eastAsia="BIZ UDPゴシック" w:hAnsi="BIZ UDPゴシック" w:hint="eastAsia"/>
          <w:b/>
          <w:sz w:val="20"/>
          <w:szCs w:val="20"/>
          <w:u w:val="single"/>
          <w:lang w:eastAsia="ja-JP"/>
        </w:rPr>
        <w:t xml:space="preserve">　</w:t>
      </w:r>
      <w:r w:rsidRPr="0063682A">
        <w:rPr>
          <w:rFonts w:ascii="BIZ UDPゴシック" w:eastAsia="BIZ UDPゴシック" w:hAnsi="BIZ UDPゴシック"/>
          <w:b/>
          <w:sz w:val="20"/>
          <w:szCs w:val="20"/>
          <w:u w:val="single"/>
          <w:lang w:eastAsia="ja-JP"/>
        </w:rPr>
        <w:t>労働基準法および最低賃金法関係</w:t>
      </w:r>
    </w:p>
    <w:p w14:paraId="22FBD777" w14:textId="0295CCB6" w:rsidR="001C7795" w:rsidRPr="0063682A" w:rsidRDefault="001C7795">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002B513F" w:rsidRPr="0063682A">
        <w:rPr>
          <w:rFonts w:ascii="BIZ UDPゴシック" w:eastAsia="BIZ UDPゴシック" w:hAnsi="BIZ UDPゴシック"/>
          <w:sz w:val="20"/>
          <w:szCs w:val="20"/>
          <w:lang w:eastAsia="ja-JP"/>
        </w:rPr>
        <w:t xml:space="preserve">(1) </w:t>
      </w:r>
      <w:r w:rsidR="00DC2AC7" w:rsidRPr="0063682A">
        <w:rPr>
          <w:rFonts w:ascii="BIZ UDPゴシック" w:eastAsia="BIZ UDPゴシック" w:hAnsi="BIZ UDPゴシック" w:hint="eastAsia"/>
          <w:sz w:val="20"/>
          <w:szCs w:val="20"/>
          <w:lang w:eastAsia="ja-JP"/>
        </w:rPr>
        <w:t>過去１年間に２回以上同一の対象条項　（※１，２）違反行為により，労働基準監督署から是正勧告を受け，</w:t>
      </w:r>
    </w:p>
    <w:p w14:paraId="045ACDF4" w14:textId="0B216341" w:rsidR="001C7795" w:rsidRPr="0063682A" w:rsidRDefault="00DC2AC7">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Pr="0063682A">
        <w:rPr>
          <w:rFonts w:ascii="Segoe UI Symbol" w:eastAsia="BIZ UDPゴシック" w:hAnsi="Segoe UI Symbol" w:cs="Segoe UI Symbol"/>
          <w:sz w:val="20"/>
          <w:szCs w:val="20"/>
          <w:lang w:eastAsia="ja-JP"/>
        </w:rPr>
        <w:t>☐</w:t>
      </w:r>
      <w:r w:rsidRPr="0063682A">
        <w:rPr>
          <w:rFonts w:ascii="BIZ UDPゴシック" w:eastAsia="BIZ UDPゴシック" w:hAnsi="BIZ UDPゴシック" w:hint="eastAsia"/>
          <w:sz w:val="20"/>
          <w:szCs w:val="20"/>
          <w:lang w:eastAsia="ja-JP"/>
        </w:rPr>
        <w:t xml:space="preserve">　ａ</w:t>
      </w:r>
      <w:r w:rsidR="00FD0123">
        <w:rPr>
          <w:rFonts w:ascii="BIZ UDPゴシック" w:eastAsia="BIZ UDPゴシック" w:hAnsi="BIZ UDPゴシック" w:hint="eastAsia"/>
          <w:sz w:val="20"/>
          <w:szCs w:val="20"/>
          <w:lang w:eastAsia="ja-JP"/>
        </w:rPr>
        <w:t xml:space="preserve">　</w:t>
      </w:r>
      <w:r w:rsidRPr="0063682A">
        <w:rPr>
          <w:rFonts w:ascii="BIZ UDPゴシック" w:eastAsia="BIZ UDPゴシック" w:hAnsi="BIZ UDPゴシック" w:hint="eastAsia"/>
          <w:sz w:val="20"/>
          <w:szCs w:val="20"/>
          <w:lang w:eastAsia="ja-JP"/>
        </w:rPr>
        <w:t>当該違反行為を是正していない。</w:t>
      </w:r>
    </w:p>
    <w:p w14:paraId="6A04D100" w14:textId="6818F308" w:rsidR="00544D2D" w:rsidRPr="0063682A" w:rsidRDefault="00DC2AC7">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Pr="0063682A">
        <w:rPr>
          <w:rFonts w:ascii="Segoe UI Symbol" w:eastAsia="BIZ UDPゴシック" w:hAnsi="Segoe UI Symbol" w:cs="Segoe UI Symbol"/>
          <w:sz w:val="20"/>
          <w:szCs w:val="20"/>
          <w:lang w:eastAsia="ja-JP"/>
        </w:rPr>
        <w:t>☐</w:t>
      </w:r>
      <w:r w:rsidRPr="0063682A">
        <w:rPr>
          <w:rFonts w:ascii="BIZ UDPゴシック" w:eastAsia="BIZ UDPゴシック" w:hAnsi="BIZ UDPゴシック" w:hint="eastAsia"/>
          <w:sz w:val="20"/>
          <w:szCs w:val="20"/>
          <w:lang w:eastAsia="ja-JP"/>
        </w:rPr>
        <w:t xml:space="preserve">　ｂ　是正してから６カ月が経過していない。</w:t>
      </w:r>
    </w:p>
    <w:p w14:paraId="1BD2C344" w14:textId="7C5FCB1A" w:rsidR="001C7795" w:rsidRPr="0063682A" w:rsidRDefault="001C7795">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002B513F" w:rsidRPr="0063682A">
        <w:rPr>
          <w:rFonts w:ascii="BIZ UDPゴシック" w:eastAsia="BIZ UDPゴシック" w:hAnsi="BIZ UDPゴシック"/>
          <w:sz w:val="20"/>
          <w:szCs w:val="20"/>
          <w:lang w:eastAsia="ja-JP"/>
        </w:rPr>
        <w:t xml:space="preserve">(2) </w:t>
      </w:r>
      <w:r w:rsidR="00DC2AC7" w:rsidRPr="0063682A">
        <w:rPr>
          <w:rFonts w:ascii="BIZ UDPゴシック" w:eastAsia="BIZ UDPゴシック" w:hAnsi="BIZ UDPゴシック" w:hint="eastAsia"/>
          <w:sz w:val="20"/>
          <w:szCs w:val="20"/>
          <w:lang w:eastAsia="ja-JP"/>
        </w:rPr>
        <w:t>違法な長時間労働を繰り返している企業として企業名が公表され，</w:t>
      </w:r>
    </w:p>
    <w:p w14:paraId="7E973076" w14:textId="7E17984B" w:rsidR="001C7795" w:rsidRPr="0063682A" w:rsidRDefault="00DC2AC7">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Pr="0063682A">
        <w:rPr>
          <w:rFonts w:ascii="Segoe UI Symbol" w:eastAsia="BIZ UDPゴシック" w:hAnsi="Segoe UI Symbol" w:cs="Segoe UI Symbol"/>
          <w:sz w:val="20"/>
          <w:szCs w:val="20"/>
          <w:lang w:eastAsia="ja-JP"/>
        </w:rPr>
        <w:t>☐</w:t>
      </w:r>
      <w:r w:rsidRPr="0063682A">
        <w:rPr>
          <w:rFonts w:ascii="BIZ UDPゴシック" w:eastAsia="BIZ UDPゴシック" w:hAnsi="BIZ UDPゴシック" w:hint="eastAsia"/>
          <w:sz w:val="20"/>
          <w:szCs w:val="20"/>
          <w:lang w:eastAsia="ja-JP"/>
        </w:rPr>
        <w:t xml:space="preserve">　ａ　当該違反行為を是正していない。</w:t>
      </w:r>
    </w:p>
    <w:p w14:paraId="55D2D7EC" w14:textId="40C4F382" w:rsidR="00544D2D" w:rsidRPr="0063682A" w:rsidRDefault="00DC2AC7">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Pr="0063682A">
        <w:rPr>
          <w:rFonts w:ascii="Segoe UI Symbol" w:eastAsia="BIZ UDPゴシック" w:hAnsi="Segoe UI Symbol" w:cs="Segoe UI Symbol"/>
          <w:sz w:val="20"/>
          <w:szCs w:val="20"/>
          <w:lang w:eastAsia="ja-JP"/>
        </w:rPr>
        <w:t>☐</w:t>
      </w:r>
      <w:r w:rsidRPr="0063682A">
        <w:rPr>
          <w:rFonts w:ascii="BIZ UDPゴシック" w:eastAsia="BIZ UDPゴシック" w:hAnsi="BIZ UDPゴシック" w:hint="eastAsia"/>
          <w:sz w:val="20"/>
          <w:szCs w:val="20"/>
          <w:lang w:eastAsia="ja-JP"/>
        </w:rPr>
        <w:t xml:space="preserve">　ｂ　是正してから６カ月が経過していない。</w:t>
      </w:r>
    </w:p>
    <w:p w14:paraId="7DC19EA8" w14:textId="2FD4D76A" w:rsidR="001C7795" w:rsidRPr="0063682A" w:rsidRDefault="001C7795">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002B513F" w:rsidRPr="0063682A">
        <w:rPr>
          <w:rFonts w:ascii="BIZ UDPゴシック" w:eastAsia="BIZ UDPゴシック" w:hAnsi="BIZ UDPゴシック"/>
          <w:sz w:val="20"/>
          <w:szCs w:val="20"/>
          <w:lang w:eastAsia="ja-JP"/>
        </w:rPr>
        <w:t xml:space="preserve">(3) </w:t>
      </w:r>
      <w:r w:rsidR="00DC2AC7" w:rsidRPr="0063682A">
        <w:rPr>
          <w:rFonts w:ascii="BIZ UDPゴシック" w:eastAsia="BIZ UDPゴシック" w:hAnsi="BIZ UDPゴシック" w:hint="eastAsia"/>
          <w:sz w:val="20"/>
          <w:szCs w:val="20"/>
          <w:lang w:eastAsia="ja-JP"/>
        </w:rPr>
        <w:t>対象条項違反行為に係る事件が送検かつ公表され，</w:t>
      </w:r>
    </w:p>
    <w:p w14:paraId="3F2CA528" w14:textId="44BD9C75" w:rsidR="001C7795" w:rsidRPr="0063682A" w:rsidRDefault="00DC2AC7">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Pr="0063682A">
        <w:rPr>
          <w:rFonts w:ascii="Segoe UI Symbol" w:eastAsia="BIZ UDPゴシック" w:hAnsi="Segoe UI Symbol" w:cs="Segoe UI Symbol"/>
          <w:sz w:val="20"/>
          <w:szCs w:val="20"/>
          <w:lang w:eastAsia="ja-JP"/>
        </w:rPr>
        <w:t>☐</w:t>
      </w:r>
      <w:r w:rsidRPr="0063682A">
        <w:rPr>
          <w:rFonts w:ascii="BIZ UDPゴシック" w:eastAsia="BIZ UDPゴシック" w:hAnsi="BIZ UDPゴシック" w:hint="eastAsia"/>
          <w:sz w:val="20"/>
          <w:szCs w:val="20"/>
          <w:lang w:eastAsia="ja-JP"/>
        </w:rPr>
        <w:t xml:space="preserve">　ａ　当該違反行為を是正していない。</w:t>
      </w:r>
    </w:p>
    <w:p w14:paraId="63EC72C0" w14:textId="05C42171" w:rsidR="001C7795" w:rsidRPr="0063682A" w:rsidRDefault="00DC2AC7">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Pr="0063682A">
        <w:rPr>
          <w:rFonts w:ascii="Segoe UI Symbol" w:eastAsia="BIZ UDPゴシック" w:hAnsi="Segoe UI Symbol" w:cs="Segoe UI Symbol"/>
          <w:sz w:val="20"/>
          <w:szCs w:val="20"/>
          <w:lang w:eastAsia="ja-JP"/>
        </w:rPr>
        <w:t>☐</w:t>
      </w:r>
      <w:r w:rsidRPr="0063682A">
        <w:rPr>
          <w:rFonts w:ascii="BIZ UDPゴシック" w:eastAsia="BIZ UDPゴシック" w:hAnsi="BIZ UDPゴシック" w:hint="eastAsia"/>
          <w:sz w:val="20"/>
          <w:szCs w:val="20"/>
          <w:lang w:eastAsia="ja-JP"/>
        </w:rPr>
        <w:t xml:space="preserve">　ｂ　送検後１年が経過していない。</w:t>
      </w:r>
    </w:p>
    <w:p w14:paraId="14B25A4B" w14:textId="2F5882FD" w:rsidR="00544D2D" w:rsidRPr="0063682A" w:rsidRDefault="00DC2AC7">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Pr="0063682A">
        <w:rPr>
          <w:rFonts w:ascii="Segoe UI Symbol" w:eastAsia="BIZ UDPゴシック" w:hAnsi="Segoe UI Symbol" w:cs="Segoe UI Symbol"/>
          <w:sz w:val="20"/>
          <w:szCs w:val="20"/>
          <w:lang w:eastAsia="ja-JP"/>
        </w:rPr>
        <w:t>☐</w:t>
      </w:r>
      <w:r w:rsidRPr="0063682A">
        <w:rPr>
          <w:rFonts w:ascii="BIZ UDPゴシック" w:eastAsia="BIZ UDPゴシック" w:hAnsi="BIZ UDPゴシック" w:hint="eastAsia"/>
          <w:sz w:val="20"/>
          <w:szCs w:val="20"/>
          <w:lang w:eastAsia="ja-JP"/>
        </w:rPr>
        <w:t xml:space="preserve">　ｃ　是正してから６ヵ月が経過していない。</w:t>
      </w:r>
    </w:p>
    <w:p w14:paraId="704075CB" w14:textId="4ACB5746" w:rsidR="001C7795" w:rsidRPr="0063682A" w:rsidRDefault="001C7795" w:rsidP="001C7795">
      <w:pPr>
        <w:spacing w:after="40"/>
        <w:ind w:left="400" w:hangingChars="200" w:hanging="40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002B513F" w:rsidRPr="0063682A">
        <w:rPr>
          <w:rFonts w:ascii="BIZ UDPゴシック" w:eastAsia="BIZ UDPゴシック" w:hAnsi="BIZ UDPゴシック"/>
          <w:sz w:val="20"/>
          <w:szCs w:val="20"/>
          <w:lang w:eastAsia="ja-JP"/>
        </w:rPr>
        <w:t xml:space="preserve">(4) </w:t>
      </w:r>
      <w:r w:rsidR="00DC2AC7" w:rsidRPr="0063682A">
        <w:rPr>
          <w:rFonts w:ascii="BIZ UDPゴシック" w:eastAsia="BIZ UDPゴシック" w:hAnsi="BIZ UDPゴシック" w:hint="eastAsia"/>
          <w:sz w:val="20"/>
          <w:szCs w:val="20"/>
          <w:lang w:eastAsia="ja-JP"/>
        </w:rPr>
        <w:t>求人不受理期間中に再度同一の対象条項違反により，労働基準監督署による是正勧告を受けており，その後，</w:t>
      </w:r>
    </w:p>
    <w:p w14:paraId="1F77C28E" w14:textId="73B53435" w:rsidR="001C7795" w:rsidRPr="0063682A" w:rsidRDefault="00DC2AC7">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Pr="0063682A">
        <w:rPr>
          <w:rFonts w:ascii="Segoe UI Symbol" w:eastAsia="BIZ UDPゴシック" w:hAnsi="Segoe UI Symbol" w:cs="Segoe UI Symbol"/>
          <w:sz w:val="20"/>
          <w:szCs w:val="20"/>
          <w:lang w:eastAsia="ja-JP"/>
        </w:rPr>
        <w:t>☐</w:t>
      </w:r>
      <w:r w:rsidRPr="0063682A">
        <w:rPr>
          <w:rFonts w:ascii="BIZ UDPゴシック" w:eastAsia="BIZ UDPゴシック" w:hAnsi="BIZ UDPゴシック" w:hint="eastAsia"/>
          <w:sz w:val="20"/>
          <w:szCs w:val="20"/>
          <w:lang w:eastAsia="ja-JP"/>
        </w:rPr>
        <w:t xml:space="preserve">　ａ　当該違反行為を是正していない。</w:t>
      </w:r>
    </w:p>
    <w:p w14:paraId="3582B2BD" w14:textId="39244E51" w:rsidR="00C04FEC" w:rsidRPr="00622ADC" w:rsidRDefault="00DC2AC7">
      <w:pPr>
        <w:spacing w:after="40"/>
        <w:rPr>
          <w:rFonts w:ascii="BIZ UDPゴシック" w:eastAsia="BIZ UDPゴシック" w:hAnsi="BIZ UDPゴシック"/>
          <w:sz w:val="20"/>
          <w:szCs w:val="20"/>
          <w:lang w:eastAsia="ja-JP"/>
        </w:rPr>
      </w:pPr>
      <w:r w:rsidRPr="0063682A">
        <w:rPr>
          <w:rFonts w:ascii="BIZ UDPゴシック" w:eastAsia="BIZ UDPゴシック" w:hAnsi="BIZ UDPゴシック" w:hint="eastAsia"/>
          <w:sz w:val="20"/>
          <w:szCs w:val="20"/>
          <w:lang w:eastAsia="ja-JP"/>
        </w:rPr>
        <w:t xml:space="preserve">　　　　　</w:t>
      </w:r>
      <w:r w:rsidRPr="0063682A">
        <w:rPr>
          <w:rFonts w:ascii="Segoe UI Symbol" w:eastAsia="BIZ UDPゴシック" w:hAnsi="Segoe UI Symbol" w:cs="Segoe UI Symbol"/>
          <w:sz w:val="20"/>
          <w:szCs w:val="20"/>
          <w:lang w:eastAsia="ja-JP"/>
        </w:rPr>
        <w:t>☐</w:t>
      </w:r>
      <w:r w:rsidRPr="0063682A">
        <w:rPr>
          <w:rFonts w:ascii="BIZ UDPゴシック" w:eastAsia="BIZ UDPゴシック" w:hAnsi="BIZ UDPゴシック" w:hint="eastAsia"/>
          <w:sz w:val="20"/>
          <w:szCs w:val="20"/>
          <w:lang w:eastAsia="ja-JP"/>
        </w:rPr>
        <w:t xml:space="preserve">　ｂ　是正してから６カ月が経過していない。</w:t>
      </w:r>
    </w:p>
    <w:p w14:paraId="15CF8408" w14:textId="78FA02FE" w:rsidR="00544D2D" w:rsidRPr="00B63731" w:rsidRDefault="00DC2AC7">
      <w:pPr>
        <w:spacing w:after="40"/>
        <w:rPr>
          <w:rFonts w:ascii="BIZ UDPゴシック" w:eastAsia="BIZ UDPゴシック" w:hAnsi="BIZ UDPゴシック"/>
          <w:bCs/>
          <w:sz w:val="16"/>
          <w:szCs w:val="16"/>
          <w:lang w:eastAsia="ja-JP"/>
        </w:rPr>
      </w:pPr>
      <w:r>
        <w:rPr>
          <w:rFonts w:ascii="BIZ UDPゴシック" w:eastAsia="BIZ UDPゴシック" w:hAnsi="BIZ UDPゴシック" w:hint="eastAsia"/>
          <w:bCs/>
          <w:szCs w:val="18"/>
          <w:lang w:eastAsia="ja-JP"/>
        </w:rPr>
        <w:t xml:space="preserve">　</w:t>
      </w:r>
      <w:r w:rsidRPr="00B63731">
        <w:rPr>
          <w:rFonts w:ascii="BIZ UDPゴシック" w:eastAsia="BIZ UDPゴシック" w:hAnsi="BIZ UDPゴシック" w:hint="eastAsia"/>
          <w:bCs/>
          <w:sz w:val="16"/>
          <w:szCs w:val="16"/>
          <w:lang w:eastAsia="ja-JP"/>
        </w:rPr>
        <w:t xml:space="preserve">　（※１）　対象となる労働基準法の規定</w:t>
      </w:r>
    </w:p>
    <w:tbl>
      <w:tblPr>
        <w:tblStyle w:val="afe"/>
        <w:tblW w:w="0" w:type="auto"/>
        <w:tblInd w:w="421" w:type="dxa"/>
        <w:tblLook w:val="04A0" w:firstRow="1" w:lastRow="0" w:firstColumn="1" w:lastColumn="0" w:noHBand="0" w:noVBand="1"/>
      </w:tblPr>
      <w:tblGrid>
        <w:gridCol w:w="1984"/>
        <w:gridCol w:w="7371"/>
      </w:tblGrid>
      <w:tr w:rsidR="00544D2D" w:rsidRPr="00B63731" w14:paraId="0F254676" w14:textId="77777777" w:rsidTr="003D2156">
        <w:tc>
          <w:tcPr>
            <w:tcW w:w="1984" w:type="dxa"/>
            <w:shd w:val="clear" w:color="auto" w:fill="D9D9D9" w:themeFill="background1" w:themeFillShade="D9"/>
            <w:vAlign w:val="center"/>
          </w:tcPr>
          <w:p w14:paraId="5508F55B" w14:textId="1D338EB1" w:rsidR="00544D2D" w:rsidRPr="00B63731" w:rsidRDefault="00DC2AC7" w:rsidP="00AC3E74">
            <w:pPr>
              <w:jc w:val="cente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内容</w:t>
            </w:r>
          </w:p>
        </w:tc>
        <w:tc>
          <w:tcPr>
            <w:tcW w:w="7371" w:type="dxa"/>
            <w:shd w:val="clear" w:color="auto" w:fill="D9D9D9" w:themeFill="background1" w:themeFillShade="D9"/>
            <w:vAlign w:val="center"/>
          </w:tcPr>
          <w:p w14:paraId="53B984B7" w14:textId="3DDCCCAD" w:rsidR="00544D2D" w:rsidRPr="00B63731" w:rsidRDefault="00DC2AC7" w:rsidP="00AC3E74">
            <w:pPr>
              <w:jc w:val="cente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規定</w:t>
            </w:r>
          </w:p>
        </w:tc>
      </w:tr>
      <w:tr w:rsidR="00544D2D" w:rsidRPr="00B63731" w14:paraId="3758300D" w14:textId="77777777" w:rsidTr="003D2156">
        <w:tc>
          <w:tcPr>
            <w:tcW w:w="1984" w:type="dxa"/>
            <w:vAlign w:val="center"/>
          </w:tcPr>
          <w:p w14:paraId="240CD883" w14:textId="01CD34CC" w:rsidR="00544D2D" w:rsidRPr="00B63731" w:rsidRDefault="00DC2AC7">
            <w:pP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男女同一賃金</w:t>
            </w:r>
          </w:p>
        </w:tc>
        <w:tc>
          <w:tcPr>
            <w:tcW w:w="7371" w:type="dxa"/>
            <w:vAlign w:val="center"/>
          </w:tcPr>
          <w:p w14:paraId="1BDAE38C" w14:textId="56964E8D" w:rsidR="00544D2D" w:rsidRPr="00B63731" w:rsidRDefault="00DC2AC7">
            <w:pP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第４条</w:t>
            </w:r>
          </w:p>
        </w:tc>
      </w:tr>
      <w:tr w:rsidR="00544D2D" w:rsidRPr="00B63731" w14:paraId="6D93F346" w14:textId="77777777" w:rsidTr="003D2156">
        <w:tc>
          <w:tcPr>
            <w:tcW w:w="1984" w:type="dxa"/>
            <w:vAlign w:val="center"/>
          </w:tcPr>
          <w:p w14:paraId="4D38336C" w14:textId="29760B23" w:rsidR="00544D2D" w:rsidRPr="00B63731" w:rsidRDefault="00DC2AC7">
            <w:pP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強制労働の禁止</w:t>
            </w:r>
          </w:p>
        </w:tc>
        <w:tc>
          <w:tcPr>
            <w:tcW w:w="7371" w:type="dxa"/>
            <w:vAlign w:val="center"/>
          </w:tcPr>
          <w:p w14:paraId="001981C4" w14:textId="0490E864" w:rsidR="00544D2D" w:rsidRPr="00B63731" w:rsidRDefault="00DC2AC7">
            <w:pP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第５条</w:t>
            </w:r>
          </w:p>
        </w:tc>
      </w:tr>
      <w:tr w:rsidR="00544D2D" w:rsidRPr="00B63731" w14:paraId="621ACBEF" w14:textId="77777777" w:rsidTr="003D2156">
        <w:tc>
          <w:tcPr>
            <w:tcW w:w="1984" w:type="dxa"/>
            <w:vAlign w:val="center"/>
          </w:tcPr>
          <w:p w14:paraId="5FE8B1AD" w14:textId="3B089713" w:rsidR="00544D2D" w:rsidRPr="00B63731" w:rsidRDefault="00DC2AC7">
            <w:pP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労働条件の明示</w:t>
            </w:r>
          </w:p>
        </w:tc>
        <w:tc>
          <w:tcPr>
            <w:tcW w:w="7371" w:type="dxa"/>
            <w:vAlign w:val="center"/>
          </w:tcPr>
          <w:p w14:paraId="7CF51B07" w14:textId="4CCF5DC4" w:rsidR="00544D2D" w:rsidRPr="00B63731" w:rsidRDefault="00DC2AC7">
            <w:pP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第１５条第１項及び第３項</w:t>
            </w:r>
          </w:p>
        </w:tc>
      </w:tr>
      <w:tr w:rsidR="00544D2D" w:rsidRPr="00B63731" w14:paraId="16E7A38D" w14:textId="77777777" w:rsidTr="003D2156">
        <w:tc>
          <w:tcPr>
            <w:tcW w:w="1984" w:type="dxa"/>
            <w:vAlign w:val="center"/>
          </w:tcPr>
          <w:p w14:paraId="390E7B59" w14:textId="08626584" w:rsidR="00544D2D" w:rsidRPr="00B63731" w:rsidRDefault="00DC2AC7">
            <w:pP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賃金</w:t>
            </w:r>
          </w:p>
        </w:tc>
        <w:tc>
          <w:tcPr>
            <w:tcW w:w="7371" w:type="dxa"/>
            <w:vAlign w:val="center"/>
          </w:tcPr>
          <w:p w14:paraId="7B9ED1E8" w14:textId="1CDE750D" w:rsidR="00544D2D" w:rsidRPr="00B63731" w:rsidRDefault="00DC2AC7">
            <w:pPr>
              <w:rPr>
                <w:rFonts w:ascii="BIZ UDPゴシック" w:eastAsia="BIZ UDPゴシック" w:hAnsi="BIZ UDPゴシック"/>
                <w:sz w:val="16"/>
                <w:szCs w:val="16"/>
                <w:lang w:eastAsia="ja-JP"/>
              </w:rPr>
            </w:pPr>
            <w:r w:rsidRPr="00B63731">
              <w:rPr>
                <w:rFonts w:ascii="BIZ UDPゴシック" w:eastAsia="BIZ UDPゴシック" w:hAnsi="BIZ UDPゴシック" w:hint="eastAsia"/>
                <w:sz w:val="16"/>
                <w:szCs w:val="16"/>
                <w:lang w:eastAsia="ja-JP"/>
              </w:rPr>
              <w:t>第２４条，第３７条第１項及び第４項</w:t>
            </w:r>
          </w:p>
        </w:tc>
      </w:tr>
      <w:tr w:rsidR="00544D2D" w:rsidRPr="00B63731" w14:paraId="6D64B732" w14:textId="77777777" w:rsidTr="003D2156">
        <w:tc>
          <w:tcPr>
            <w:tcW w:w="1984" w:type="dxa"/>
            <w:vAlign w:val="center"/>
          </w:tcPr>
          <w:p w14:paraId="4F7A0BD9" w14:textId="4DB3E599" w:rsidR="00544D2D" w:rsidRPr="00B63731" w:rsidRDefault="00DC2AC7">
            <w:pP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労働時間</w:t>
            </w:r>
          </w:p>
        </w:tc>
        <w:tc>
          <w:tcPr>
            <w:tcW w:w="7371" w:type="dxa"/>
            <w:vAlign w:val="center"/>
          </w:tcPr>
          <w:p w14:paraId="18256371" w14:textId="1C42E500" w:rsidR="00544D2D" w:rsidRPr="00B63731" w:rsidRDefault="00DC2AC7">
            <w:pPr>
              <w:rPr>
                <w:rFonts w:ascii="BIZ UDPゴシック" w:eastAsia="BIZ UDPゴシック" w:hAnsi="BIZ UDPゴシック"/>
                <w:sz w:val="16"/>
                <w:szCs w:val="16"/>
                <w:lang w:eastAsia="ja-JP"/>
              </w:rPr>
            </w:pPr>
            <w:r w:rsidRPr="00B63731">
              <w:rPr>
                <w:rFonts w:ascii="BIZ UDPゴシック" w:eastAsia="BIZ UDPゴシック" w:hAnsi="BIZ UDPゴシック" w:hint="eastAsia"/>
                <w:sz w:val="16"/>
                <w:szCs w:val="16"/>
                <w:lang w:eastAsia="ja-JP"/>
              </w:rPr>
              <w:t>第３２条，第３６条第６項（第２号及び第３号に係る部分に限る），第１４１条第３項</w:t>
            </w:r>
          </w:p>
        </w:tc>
      </w:tr>
      <w:tr w:rsidR="00544D2D" w:rsidRPr="00B63731" w14:paraId="096C8347" w14:textId="77777777" w:rsidTr="003D2156">
        <w:tc>
          <w:tcPr>
            <w:tcW w:w="1984" w:type="dxa"/>
            <w:vAlign w:val="center"/>
          </w:tcPr>
          <w:p w14:paraId="4BD4EE80" w14:textId="7FF74669" w:rsidR="00544D2D" w:rsidRPr="00B63731" w:rsidRDefault="00DC2AC7">
            <w:pP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休憩，休日，有給休暇</w:t>
            </w:r>
          </w:p>
        </w:tc>
        <w:tc>
          <w:tcPr>
            <w:tcW w:w="7371" w:type="dxa"/>
            <w:vAlign w:val="center"/>
          </w:tcPr>
          <w:p w14:paraId="42CE8FB9" w14:textId="23F08F23" w:rsidR="00544D2D" w:rsidRPr="00B63731" w:rsidRDefault="00DC2AC7">
            <w:pPr>
              <w:rPr>
                <w:rFonts w:ascii="BIZ UDPゴシック" w:eastAsia="BIZ UDPゴシック" w:hAnsi="BIZ UDPゴシック"/>
                <w:sz w:val="16"/>
                <w:szCs w:val="16"/>
                <w:lang w:eastAsia="ja-JP"/>
              </w:rPr>
            </w:pPr>
            <w:r w:rsidRPr="00B63731">
              <w:rPr>
                <w:rFonts w:ascii="BIZ UDPゴシック" w:eastAsia="BIZ UDPゴシック" w:hAnsi="BIZ UDPゴシック" w:hint="eastAsia"/>
                <w:sz w:val="16"/>
                <w:szCs w:val="16"/>
                <w:lang w:eastAsia="ja-JP"/>
              </w:rPr>
              <w:t>第３４条，第３５条第１項，第３９条第１項，第２項，第５項，第７項及び第９項</w:t>
            </w:r>
          </w:p>
        </w:tc>
      </w:tr>
      <w:tr w:rsidR="00544D2D" w:rsidRPr="00B63731" w14:paraId="5FE1A255" w14:textId="77777777" w:rsidTr="003D2156">
        <w:tc>
          <w:tcPr>
            <w:tcW w:w="1984" w:type="dxa"/>
            <w:vAlign w:val="center"/>
          </w:tcPr>
          <w:p w14:paraId="22F4F0D2" w14:textId="201D3643" w:rsidR="00544D2D" w:rsidRPr="00B63731" w:rsidRDefault="00DC2AC7">
            <w:pP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年少者の保護</w:t>
            </w:r>
          </w:p>
        </w:tc>
        <w:tc>
          <w:tcPr>
            <w:tcW w:w="7371" w:type="dxa"/>
            <w:vAlign w:val="center"/>
          </w:tcPr>
          <w:p w14:paraId="29C75A58" w14:textId="4192F456" w:rsidR="00544D2D" w:rsidRPr="00B63731" w:rsidRDefault="00DC2AC7">
            <w:pPr>
              <w:rPr>
                <w:rFonts w:ascii="BIZ UDPゴシック" w:eastAsia="BIZ UDPゴシック" w:hAnsi="BIZ UDPゴシック"/>
                <w:sz w:val="16"/>
                <w:szCs w:val="16"/>
                <w:lang w:eastAsia="ja-JP"/>
              </w:rPr>
            </w:pPr>
            <w:r w:rsidRPr="00B63731">
              <w:rPr>
                <w:rFonts w:ascii="BIZ UDPゴシック" w:eastAsia="BIZ UDPゴシック" w:hAnsi="BIZ UDPゴシック" w:hint="eastAsia"/>
                <w:sz w:val="16"/>
                <w:szCs w:val="16"/>
                <w:lang w:eastAsia="ja-JP"/>
              </w:rPr>
              <w:t>第５６条第１項，第６１条第１項，第６２条第１項及び第２項，第６３条</w:t>
            </w:r>
          </w:p>
        </w:tc>
      </w:tr>
      <w:tr w:rsidR="00544D2D" w:rsidRPr="00B63731" w14:paraId="2E9219C7" w14:textId="77777777" w:rsidTr="003D2156">
        <w:tc>
          <w:tcPr>
            <w:tcW w:w="1984" w:type="dxa"/>
            <w:vAlign w:val="center"/>
          </w:tcPr>
          <w:p w14:paraId="6E1D71D7" w14:textId="4BBB1746" w:rsidR="00544D2D" w:rsidRPr="00B63731" w:rsidRDefault="00DC2AC7">
            <w:pP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妊産婦の保護</w:t>
            </w:r>
          </w:p>
        </w:tc>
        <w:tc>
          <w:tcPr>
            <w:tcW w:w="7371" w:type="dxa"/>
            <w:vAlign w:val="center"/>
          </w:tcPr>
          <w:p w14:paraId="47291493" w14:textId="19E17DA2" w:rsidR="0063682A" w:rsidRPr="00B63731" w:rsidRDefault="00DC2AC7">
            <w:pPr>
              <w:rPr>
                <w:rFonts w:ascii="BIZ UDPゴシック" w:eastAsia="BIZ UDPゴシック" w:hAnsi="BIZ UDPゴシック"/>
                <w:sz w:val="16"/>
                <w:szCs w:val="16"/>
                <w:lang w:eastAsia="ja-JP"/>
              </w:rPr>
            </w:pPr>
            <w:r w:rsidRPr="00B63731">
              <w:rPr>
                <w:rFonts w:ascii="BIZ UDPゴシック" w:eastAsia="BIZ UDPゴシック" w:hAnsi="BIZ UDPゴシック" w:hint="eastAsia"/>
                <w:sz w:val="16"/>
                <w:szCs w:val="16"/>
                <w:lang w:eastAsia="ja-JP"/>
              </w:rPr>
              <w:t>第６４条の２（第１号に係る部分に限る），第６４条の３第１項，第６５条，第６６条，</w:t>
            </w:r>
          </w:p>
          <w:p w14:paraId="7AA53293" w14:textId="623E7D6F" w:rsidR="00544D2D" w:rsidRPr="00B63731" w:rsidRDefault="00DC2AC7">
            <w:pPr>
              <w:rPr>
                <w:rFonts w:ascii="BIZ UDPゴシック" w:eastAsia="BIZ UDPゴシック" w:hAnsi="BIZ UDPゴシック"/>
                <w:sz w:val="16"/>
                <w:szCs w:val="16"/>
                <w:lang w:eastAsia="ja-JP"/>
              </w:rPr>
            </w:pPr>
            <w:r w:rsidRPr="00B63731">
              <w:rPr>
                <w:rFonts w:ascii="BIZ UDPゴシック" w:eastAsia="BIZ UDPゴシック" w:hAnsi="BIZ UDPゴシック" w:hint="eastAsia"/>
                <w:sz w:val="16"/>
                <w:szCs w:val="16"/>
                <w:lang w:eastAsia="ja-JP"/>
              </w:rPr>
              <w:t>第６７条第２項</w:t>
            </w:r>
          </w:p>
        </w:tc>
      </w:tr>
    </w:tbl>
    <w:p w14:paraId="35F3C22F" w14:textId="5887D8EF" w:rsidR="00544D2D" w:rsidRPr="00B63731" w:rsidRDefault="00DC2AC7">
      <w:pPr>
        <w:spacing w:after="40"/>
        <w:rPr>
          <w:rFonts w:ascii="BIZ UDPゴシック" w:eastAsia="BIZ UDPゴシック" w:hAnsi="BIZ UDPゴシック"/>
          <w:sz w:val="16"/>
          <w:szCs w:val="16"/>
          <w:lang w:eastAsia="ja-JP"/>
        </w:rPr>
      </w:pPr>
      <w:r w:rsidRPr="00B63731">
        <w:rPr>
          <w:rFonts w:ascii="BIZ UDPゴシック" w:eastAsia="BIZ UDPゴシック" w:hAnsi="BIZ UDPゴシック" w:hint="eastAsia"/>
          <w:sz w:val="16"/>
          <w:szCs w:val="16"/>
          <w:lang w:eastAsia="ja-JP"/>
        </w:rPr>
        <w:t xml:space="preserve">　　　　備考　労働者派遣法第４４条（第４項を除く）により適用する場合を含む。</w:t>
      </w:r>
    </w:p>
    <w:p w14:paraId="72051509" w14:textId="4A27F024" w:rsidR="00544D2D" w:rsidRPr="003D2156" w:rsidRDefault="00DC2AC7">
      <w:pPr>
        <w:spacing w:after="40"/>
        <w:rPr>
          <w:rFonts w:ascii="BIZ UDPゴシック" w:eastAsia="BIZ UDPゴシック" w:hAnsi="BIZ UDPゴシック"/>
          <w:bCs/>
          <w:szCs w:val="18"/>
          <w:lang w:eastAsia="ja-JP"/>
        </w:rPr>
      </w:pPr>
      <w:r>
        <w:rPr>
          <w:rFonts w:ascii="BIZ UDPゴシック" w:eastAsia="BIZ UDPゴシック" w:hAnsi="BIZ UDPゴシック" w:hint="eastAsia"/>
          <w:bCs/>
          <w:szCs w:val="18"/>
          <w:lang w:eastAsia="ja-JP"/>
        </w:rPr>
        <w:t xml:space="preserve">　</w:t>
      </w:r>
      <w:r w:rsidRPr="00B63731">
        <w:rPr>
          <w:rFonts w:ascii="BIZ UDPゴシック" w:eastAsia="BIZ UDPゴシック" w:hAnsi="BIZ UDPゴシック" w:hint="eastAsia"/>
          <w:bCs/>
          <w:sz w:val="16"/>
          <w:szCs w:val="16"/>
          <w:lang w:eastAsia="ja-JP"/>
        </w:rPr>
        <w:t xml:space="preserve">　（※２）　対象となる最低賃金法の規定</w:t>
      </w:r>
    </w:p>
    <w:tbl>
      <w:tblPr>
        <w:tblStyle w:val="afe"/>
        <w:tblW w:w="0" w:type="auto"/>
        <w:tblInd w:w="421" w:type="dxa"/>
        <w:tblLook w:val="04A0" w:firstRow="1" w:lastRow="0" w:firstColumn="1" w:lastColumn="0" w:noHBand="0" w:noVBand="1"/>
      </w:tblPr>
      <w:tblGrid>
        <w:gridCol w:w="1984"/>
        <w:gridCol w:w="7371"/>
      </w:tblGrid>
      <w:tr w:rsidR="00544D2D" w:rsidRPr="00AC3E74" w14:paraId="2E9421EA" w14:textId="77777777" w:rsidTr="003D2156">
        <w:tc>
          <w:tcPr>
            <w:tcW w:w="1984" w:type="dxa"/>
            <w:shd w:val="clear" w:color="auto" w:fill="D9D9D9" w:themeFill="background1" w:themeFillShade="D9"/>
          </w:tcPr>
          <w:p w14:paraId="4804F41A" w14:textId="6BB27D7D" w:rsidR="00544D2D" w:rsidRPr="00B63731" w:rsidRDefault="00DC2AC7" w:rsidP="003D2156">
            <w:pPr>
              <w:jc w:val="cente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内容</w:t>
            </w:r>
          </w:p>
        </w:tc>
        <w:tc>
          <w:tcPr>
            <w:tcW w:w="7371" w:type="dxa"/>
            <w:shd w:val="clear" w:color="auto" w:fill="D9D9D9" w:themeFill="background1" w:themeFillShade="D9"/>
          </w:tcPr>
          <w:p w14:paraId="011570C7" w14:textId="42258071" w:rsidR="00544D2D" w:rsidRPr="00B63731" w:rsidRDefault="00DC2AC7" w:rsidP="003D2156">
            <w:pPr>
              <w:jc w:val="cente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規定</w:t>
            </w:r>
          </w:p>
        </w:tc>
      </w:tr>
      <w:tr w:rsidR="00544D2D" w:rsidRPr="00AC3E74" w14:paraId="2E2D66DD" w14:textId="77777777" w:rsidTr="003D2156">
        <w:tc>
          <w:tcPr>
            <w:tcW w:w="1984" w:type="dxa"/>
          </w:tcPr>
          <w:p w14:paraId="03E5DA84" w14:textId="7CBF65BC" w:rsidR="00544D2D" w:rsidRPr="00B63731" w:rsidRDefault="00DC2AC7">
            <w:pP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最低賃金</w:t>
            </w:r>
          </w:p>
        </w:tc>
        <w:tc>
          <w:tcPr>
            <w:tcW w:w="7371" w:type="dxa"/>
          </w:tcPr>
          <w:p w14:paraId="23FCA407" w14:textId="3C3B2233" w:rsidR="00544D2D" w:rsidRPr="00B63731" w:rsidRDefault="00DC2AC7">
            <w:pPr>
              <w:rPr>
                <w:rFonts w:ascii="BIZ UDPゴシック" w:eastAsia="BIZ UDPゴシック" w:hAnsi="BIZ UDPゴシック"/>
                <w:sz w:val="16"/>
                <w:szCs w:val="16"/>
              </w:rPr>
            </w:pPr>
            <w:r w:rsidRPr="00B63731">
              <w:rPr>
                <w:rFonts w:ascii="BIZ UDPゴシック" w:eastAsia="BIZ UDPゴシック" w:hAnsi="BIZ UDPゴシック" w:hint="eastAsia"/>
                <w:sz w:val="16"/>
                <w:szCs w:val="16"/>
              </w:rPr>
              <w:t>第４条第１項</w:t>
            </w:r>
          </w:p>
        </w:tc>
      </w:tr>
    </w:tbl>
    <w:p w14:paraId="67EC97C6" w14:textId="77777777" w:rsidR="00564944" w:rsidRDefault="00564944" w:rsidP="00C04FEC">
      <w:pPr>
        <w:rPr>
          <w:rFonts w:ascii="BIZ UDPゴシック" w:eastAsia="BIZ UDPゴシック" w:hAnsi="BIZ UDPゴシック"/>
          <w:b/>
          <w:sz w:val="20"/>
          <w:szCs w:val="20"/>
          <w:u w:val="single"/>
          <w:lang w:eastAsia="ja-JP"/>
        </w:rPr>
      </w:pPr>
    </w:p>
    <w:p w14:paraId="204B92B2" w14:textId="304526C1" w:rsidR="00544D2D" w:rsidRPr="00600CD1" w:rsidRDefault="00C04FEC" w:rsidP="00C04FEC">
      <w:pPr>
        <w:rPr>
          <w:rFonts w:ascii="BIZ UDPゴシック" w:eastAsia="BIZ UDPゴシック" w:hAnsi="BIZ UDPゴシック"/>
          <w:sz w:val="20"/>
          <w:szCs w:val="20"/>
          <w:u w:val="single"/>
          <w:lang w:eastAsia="ja-JP"/>
        </w:rPr>
      </w:pPr>
      <w:r w:rsidRPr="00600CD1">
        <w:rPr>
          <w:rFonts w:ascii="BIZ UDPゴシック" w:eastAsia="BIZ UDPゴシック" w:hAnsi="BIZ UDPゴシック"/>
          <w:b/>
          <w:noProof/>
          <w:sz w:val="20"/>
          <w:szCs w:val="20"/>
          <w:u w:val="single"/>
          <w:lang w:eastAsia="ja-JP"/>
        </w:rPr>
        <w:lastRenderedPageBreak/>
        <mc:AlternateContent>
          <mc:Choice Requires="wps">
            <w:drawing>
              <wp:anchor distT="0" distB="0" distL="114300" distR="114300" simplePos="0" relativeHeight="251658239" behindDoc="0" locked="0" layoutInCell="1" allowOverlap="1" wp14:anchorId="7194F3D3" wp14:editId="20667BCF">
                <wp:simplePos x="0" y="0"/>
                <wp:positionH relativeFrom="column">
                  <wp:posOffset>-64051</wp:posOffset>
                </wp:positionH>
                <wp:positionV relativeFrom="paragraph">
                  <wp:posOffset>-24813</wp:posOffset>
                </wp:positionV>
                <wp:extent cx="6633365" cy="9798945"/>
                <wp:effectExtent l="0" t="0" r="15240" b="12065"/>
                <wp:wrapNone/>
                <wp:docPr id="4" name="正方形/長方形 4"/>
                <wp:cNvGraphicFramePr/>
                <a:graphic xmlns:a="http://schemas.openxmlformats.org/drawingml/2006/main">
                  <a:graphicData uri="http://schemas.microsoft.com/office/word/2010/wordprocessingShape">
                    <wps:wsp>
                      <wps:cNvSpPr/>
                      <wps:spPr>
                        <a:xfrm>
                          <a:off x="0" y="0"/>
                          <a:ext cx="6633365" cy="9798945"/>
                        </a:xfrm>
                        <a:prstGeom prst="rect">
                          <a:avLst/>
                        </a:prstGeom>
                        <a:noFill/>
                        <a:ln w="6350" cap="rnd">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2E5AF" id="正方形/長方形 4" o:spid="_x0000_s1026" style="position:absolute;left:0;text-align:left;margin-left:-5.05pt;margin-top:-1.95pt;width:522.3pt;height:771.5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" filled="f" strokecolor="black [3213]" strokeweight=".5pt">
                <v:stroke endcap="round"/>
              </v:rect>
            </w:pict>
          </mc:Fallback>
        </mc:AlternateContent>
      </w:r>
      <w:r w:rsidR="002B513F" w:rsidRPr="00600CD1">
        <w:rPr>
          <w:rFonts w:ascii="BIZ UDPゴシック" w:eastAsia="BIZ UDPゴシック" w:hAnsi="BIZ UDPゴシック"/>
          <w:b/>
          <w:sz w:val="20"/>
          <w:szCs w:val="20"/>
          <w:u w:val="single"/>
          <w:lang w:eastAsia="ja-JP"/>
        </w:rPr>
        <w:t>2</w:t>
      </w:r>
      <w:r w:rsidR="00E01918" w:rsidRPr="00600CD1">
        <w:rPr>
          <w:rFonts w:ascii="BIZ UDPゴシック" w:eastAsia="BIZ UDPゴシック" w:hAnsi="BIZ UDPゴシック" w:hint="eastAsia"/>
          <w:b/>
          <w:sz w:val="20"/>
          <w:szCs w:val="20"/>
          <w:u w:val="single"/>
          <w:lang w:eastAsia="ja-JP"/>
        </w:rPr>
        <w:t xml:space="preserve">　</w:t>
      </w:r>
      <w:r w:rsidR="002B513F" w:rsidRPr="00600CD1">
        <w:rPr>
          <w:rFonts w:ascii="BIZ UDPゴシック" w:eastAsia="BIZ UDPゴシック" w:hAnsi="BIZ UDPゴシック"/>
          <w:b/>
          <w:sz w:val="20"/>
          <w:szCs w:val="20"/>
          <w:u w:val="single"/>
          <w:lang w:eastAsia="ja-JP"/>
        </w:rPr>
        <w:t>職業安定法</w:t>
      </w:r>
      <w:r w:rsidR="00AC3E74" w:rsidRPr="00600CD1">
        <w:rPr>
          <w:rFonts w:ascii="BIZ UDPゴシック" w:eastAsia="BIZ UDPゴシック" w:hAnsi="BIZ UDPゴシック"/>
          <w:b/>
          <w:sz w:val="20"/>
          <w:szCs w:val="20"/>
          <w:u w:val="single"/>
          <w:lang w:eastAsia="ja-JP"/>
        </w:rPr>
        <w:t>，</w:t>
      </w:r>
      <w:r w:rsidR="002B513F" w:rsidRPr="00600CD1">
        <w:rPr>
          <w:rFonts w:ascii="BIZ UDPゴシック" w:eastAsia="BIZ UDPゴシック" w:hAnsi="BIZ UDPゴシック"/>
          <w:b/>
          <w:sz w:val="20"/>
          <w:szCs w:val="20"/>
          <w:u w:val="single"/>
          <w:lang w:eastAsia="ja-JP"/>
        </w:rPr>
        <w:t>労働施策総合推進法</w:t>
      </w:r>
      <w:r w:rsidR="00AC3E74" w:rsidRPr="00600CD1">
        <w:rPr>
          <w:rFonts w:ascii="BIZ UDPゴシック" w:eastAsia="BIZ UDPゴシック" w:hAnsi="BIZ UDPゴシック"/>
          <w:b/>
          <w:sz w:val="20"/>
          <w:szCs w:val="20"/>
          <w:u w:val="single"/>
          <w:lang w:eastAsia="ja-JP"/>
        </w:rPr>
        <w:t>，</w:t>
      </w:r>
      <w:r w:rsidR="002B513F" w:rsidRPr="00600CD1">
        <w:rPr>
          <w:rFonts w:ascii="BIZ UDPゴシック" w:eastAsia="BIZ UDPゴシック" w:hAnsi="BIZ UDPゴシック"/>
          <w:b/>
          <w:sz w:val="20"/>
          <w:szCs w:val="20"/>
          <w:u w:val="single"/>
          <w:lang w:eastAsia="ja-JP"/>
        </w:rPr>
        <w:t>男女雇用機会均等法及び育児・介護休業法関係</w:t>
      </w:r>
    </w:p>
    <w:p w14:paraId="3D714290" w14:textId="1F44E9C2" w:rsidR="00622ADC" w:rsidRDefault="00600CD1">
      <w:pPr>
        <w:spacing w:after="40"/>
        <w:rPr>
          <w:rFonts w:ascii="BIZ UDPゴシック" w:eastAsia="BIZ UDPゴシック" w:hAnsi="BIZ UDPゴシック"/>
          <w:sz w:val="20"/>
          <w:szCs w:val="20"/>
          <w:lang w:eastAsia="ja-JP"/>
        </w:rPr>
      </w:pPr>
      <w:r>
        <w:rPr>
          <w:rFonts w:ascii="BIZ UDPゴシック" w:eastAsia="BIZ UDPゴシック" w:hAnsi="BIZ UDPゴシック" w:hint="eastAsia"/>
          <w:sz w:val="20"/>
          <w:szCs w:val="20"/>
          <w:lang w:eastAsia="ja-JP"/>
        </w:rPr>
        <w:t xml:space="preserve">　</w:t>
      </w:r>
      <w:r w:rsidR="002B513F" w:rsidRPr="00600CD1">
        <w:rPr>
          <w:rFonts w:ascii="BIZ UDPゴシック" w:eastAsia="BIZ UDPゴシック" w:hAnsi="BIZ UDPゴシック"/>
          <w:sz w:val="20"/>
          <w:szCs w:val="20"/>
          <w:lang w:eastAsia="ja-JP"/>
        </w:rPr>
        <w:t xml:space="preserve">(1) </w:t>
      </w:r>
      <w:r w:rsidR="00DC2AC7" w:rsidRPr="00600CD1">
        <w:rPr>
          <w:rFonts w:ascii="BIZ UDPゴシック" w:eastAsia="BIZ UDPゴシック" w:hAnsi="BIZ UDPゴシック" w:hint="eastAsia"/>
          <w:sz w:val="20"/>
          <w:szCs w:val="20"/>
          <w:lang w:eastAsia="ja-JP"/>
        </w:rPr>
        <w:t>対象条項（※３，４，５，６）　違反の是正を求める勧告又は改善命令に従わず，企業名が公表（注１）され，</w:t>
      </w:r>
    </w:p>
    <w:p w14:paraId="03BEDCF5" w14:textId="0C7F47F9" w:rsidR="00622ADC" w:rsidRDefault="00DC2AC7">
      <w:pPr>
        <w:spacing w:after="40"/>
        <w:rPr>
          <w:rFonts w:ascii="BIZ UDPゴシック" w:eastAsia="BIZ UDPゴシック" w:hAnsi="BIZ UDPゴシック"/>
          <w:sz w:val="20"/>
          <w:szCs w:val="20"/>
          <w:lang w:eastAsia="ja-JP"/>
        </w:rPr>
      </w:pPr>
      <w:r>
        <w:rPr>
          <w:rFonts w:ascii="BIZ UDPゴシック" w:eastAsia="BIZ UDPゴシック" w:hAnsi="BIZ UDPゴシック" w:hint="eastAsia"/>
          <w:sz w:val="20"/>
          <w:szCs w:val="20"/>
          <w:lang w:eastAsia="ja-JP"/>
        </w:rPr>
        <w:t xml:space="preserve">　　　　　</w:t>
      </w:r>
      <w:r w:rsidRPr="00600CD1">
        <w:rPr>
          <w:rFonts w:ascii="Segoe UI Symbol" w:eastAsia="BIZ UDPゴシック" w:hAnsi="Segoe UI Symbol" w:cs="Segoe UI Symbol"/>
          <w:sz w:val="20"/>
          <w:szCs w:val="20"/>
          <w:lang w:eastAsia="ja-JP"/>
        </w:rPr>
        <w:t>☐</w:t>
      </w:r>
      <w:r w:rsidRPr="00600CD1">
        <w:rPr>
          <w:rFonts w:ascii="BIZ UDPゴシック" w:eastAsia="BIZ UDPゴシック" w:hAnsi="BIZ UDPゴシック" w:hint="eastAsia"/>
          <w:sz w:val="20"/>
          <w:szCs w:val="20"/>
          <w:lang w:eastAsia="ja-JP"/>
        </w:rPr>
        <w:t xml:space="preserve">　ａ　当該違反行為を是正していない。</w:t>
      </w:r>
    </w:p>
    <w:p w14:paraId="307CF2E3" w14:textId="01BA8CC0" w:rsidR="00622ADC" w:rsidRDefault="00DC2AC7">
      <w:pPr>
        <w:spacing w:after="40"/>
        <w:rPr>
          <w:rFonts w:ascii="BIZ UDPゴシック" w:eastAsia="BIZ UDPゴシック" w:hAnsi="BIZ UDPゴシック"/>
          <w:sz w:val="20"/>
          <w:szCs w:val="20"/>
          <w:lang w:eastAsia="ja-JP"/>
        </w:rPr>
      </w:pPr>
      <w:r>
        <w:rPr>
          <w:rFonts w:ascii="BIZ UDPゴシック" w:eastAsia="BIZ UDPゴシック" w:hAnsi="BIZ UDPゴシック" w:hint="eastAsia"/>
          <w:sz w:val="20"/>
          <w:szCs w:val="20"/>
          <w:lang w:eastAsia="ja-JP"/>
        </w:rPr>
        <w:t xml:space="preserve">　　　　　</w:t>
      </w:r>
      <w:r w:rsidRPr="00600CD1">
        <w:rPr>
          <w:rFonts w:ascii="Segoe UI Symbol" w:eastAsia="BIZ UDPゴシック" w:hAnsi="Segoe UI Symbol" w:cs="Segoe UI Symbol"/>
          <w:sz w:val="20"/>
          <w:szCs w:val="20"/>
          <w:lang w:eastAsia="ja-JP"/>
        </w:rPr>
        <w:t>☐</w:t>
      </w:r>
      <w:r w:rsidRPr="00600CD1">
        <w:rPr>
          <w:rFonts w:ascii="BIZ UDPゴシック" w:eastAsia="BIZ UDPゴシック" w:hAnsi="BIZ UDPゴシック" w:hint="eastAsia"/>
          <w:sz w:val="20"/>
          <w:szCs w:val="20"/>
          <w:lang w:eastAsia="ja-JP"/>
        </w:rPr>
        <w:t xml:space="preserve">　ｂ　是正してから６カ月が経過していない。</w:t>
      </w:r>
    </w:p>
    <w:p w14:paraId="0E477F16" w14:textId="1AE96552" w:rsidR="00544D2D" w:rsidRPr="00622ADC" w:rsidRDefault="00DC2AC7" w:rsidP="00FD0123">
      <w:pPr>
        <w:spacing w:after="40"/>
        <w:ind w:left="1200" w:hangingChars="600" w:hanging="1200"/>
        <w:rPr>
          <w:rFonts w:ascii="BIZ UDPゴシック" w:eastAsia="BIZ UDPゴシック" w:hAnsi="BIZ UDPゴシック"/>
          <w:sz w:val="16"/>
          <w:szCs w:val="16"/>
          <w:lang w:eastAsia="ja-JP"/>
        </w:rPr>
      </w:pPr>
      <w:r>
        <w:rPr>
          <w:rFonts w:ascii="BIZ UDPゴシック" w:eastAsia="BIZ UDPゴシック" w:hAnsi="BIZ UDPゴシック" w:hint="eastAsia"/>
          <w:sz w:val="20"/>
          <w:szCs w:val="20"/>
          <w:lang w:eastAsia="ja-JP"/>
        </w:rPr>
        <w:t xml:space="preserve">　　　　　</w:t>
      </w:r>
      <w:r w:rsidR="00FD0123">
        <w:rPr>
          <w:rFonts w:ascii="BIZ UDPゴシック" w:eastAsia="BIZ UDPゴシック" w:hAnsi="BIZ UDPゴシック" w:hint="eastAsia"/>
          <w:sz w:val="20"/>
          <w:szCs w:val="20"/>
          <w:lang w:eastAsia="ja-JP"/>
        </w:rPr>
        <w:t xml:space="preserve">　</w:t>
      </w:r>
      <w:r w:rsidRPr="00622ADC">
        <w:rPr>
          <w:rFonts w:ascii="BIZ UDPゴシック" w:eastAsia="BIZ UDPゴシック" w:hAnsi="BIZ UDPゴシック" w:hint="eastAsia"/>
          <w:sz w:val="16"/>
          <w:szCs w:val="16"/>
          <w:lang w:eastAsia="ja-JP"/>
        </w:rPr>
        <w:t>（注１）</w:t>
      </w:r>
      <w:r>
        <w:rPr>
          <w:rFonts w:ascii="BIZ UDPゴシック" w:eastAsia="BIZ UDPゴシック" w:hAnsi="BIZ UDPゴシック" w:hint="eastAsia"/>
          <w:sz w:val="16"/>
          <w:szCs w:val="16"/>
          <w:lang w:eastAsia="ja-JP"/>
        </w:rPr>
        <w:t xml:space="preserve">　</w:t>
      </w:r>
      <w:r w:rsidRPr="00622ADC">
        <w:rPr>
          <w:rFonts w:ascii="BIZ UDPゴシック" w:eastAsia="BIZ UDPゴシック" w:hAnsi="BIZ UDPゴシック" w:hint="eastAsia"/>
          <w:sz w:val="16"/>
          <w:szCs w:val="16"/>
          <w:lang w:eastAsia="ja-JP"/>
        </w:rPr>
        <w:t>職業安定法第４８条の３第３項，労働施策総合推進法第３３条第２項，男女雇用機会均等法第３０条又は育児・介護休業法第５６条の２の規定による公表。</w:t>
      </w:r>
    </w:p>
    <w:p w14:paraId="13852EAE" w14:textId="67B1EE55" w:rsidR="00B63731" w:rsidRDefault="00B63731" w:rsidP="00B63731">
      <w:pPr>
        <w:spacing w:after="40"/>
        <w:ind w:left="400" w:hangingChars="200" w:hanging="400"/>
        <w:rPr>
          <w:rFonts w:ascii="BIZ UDPゴシック" w:eastAsia="BIZ UDPゴシック" w:hAnsi="BIZ UDPゴシック"/>
          <w:sz w:val="20"/>
          <w:szCs w:val="20"/>
          <w:lang w:eastAsia="ja-JP"/>
        </w:rPr>
      </w:pPr>
      <w:r>
        <w:rPr>
          <w:rFonts w:ascii="BIZ UDPゴシック" w:eastAsia="BIZ UDPゴシック" w:hAnsi="BIZ UDPゴシック" w:hint="eastAsia"/>
          <w:sz w:val="20"/>
          <w:szCs w:val="20"/>
          <w:lang w:eastAsia="ja-JP"/>
        </w:rPr>
        <w:t xml:space="preserve">　</w:t>
      </w:r>
      <w:r w:rsidR="002B513F" w:rsidRPr="00600CD1">
        <w:rPr>
          <w:rFonts w:ascii="BIZ UDPゴシック" w:eastAsia="BIZ UDPゴシック" w:hAnsi="BIZ UDPゴシック"/>
          <w:sz w:val="20"/>
          <w:szCs w:val="20"/>
          <w:lang w:eastAsia="ja-JP"/>
        </w:rPr>
        <w:t xml:space="preserve">(2) </w:t>
      </w:r>
      <w:r w:rsidR="00DC2AC7" w:rsidRPr="00600CD1">
        <w:rPr>
          <w:rFonts w:ascii="BIZ UDPゴシック" w:eastAsia="BIZ UDPゴシック" w:hAnsi="BIZ UDPゴシック" w:hint="eastAsia"/>
          <w:sz w:val="20"/>
          <w:szCs w:val="20"/>
          <w:lang w:eastAsia="ja-JP"/>
        </w:rPr>
        <w:t>求人不受理期間中に再度同一の対象条項違反により，①需給調整事業課　（室）　による助言や指導，勧告，公表，②雇用均等室による助言や指導，勧告を受けており，その後，</w:t>
      </w:r>
    </w:p>
    <w:p w14:paraId="07A112F0" w14:textId="6F2CAD4E" w:rsidR="00B63731" w:rsidRDefault="00DC2AC7" w:rsidP="00B63731">
      <w:pPr>
        <w:spacing w:after="40"/>
        <w:ind w:left="400" w:hangingChars="200" w:hanging="400"/>
        <w:rPr>
          <w:rFonts w:ascii="BIZ UDPゴシック" w:eastAsia="BIZ UDPゴシック" w:hAnsi="BIZ UDPゴシック"/>
          <w:sz w:val="20"/>
          <w:szCs w:val="20"/>
          <w:lang w:eastAsia="ja-JP"/>
        </w:rPr>
      </w:pPr>
      <w:r>
        <w:rPr>
          <w:rFonts w:ascii="BIZ UDPゴシック" w:eastAsia="BIZ UDPゴシック" w:hAnsi="BIZ UDPゴシック" w:hint="eastAsia"/>
          <w:sz w:val="20"/>
          <w:szCs w:val="20"/>
          <w:lang w:eastAsia="ja-JP"/>
        </w:rPr>
        <w:t xml:space="preserve">　　　　　</w:t>
      </w:r>
      <w:r w:rsidRPr="00600CD1">
        <w:rPr>
          <w:rFonts w:ascii="Segoe UI Symbol" w:eastAsia="BIZ UDPゴシック" w:hAnsi="Segoe UI Symbol" w:cs="Segoe UI Symbol"/>
          <w:sz w:val="20"/>
          <w:szCs w:val="20"/>
          <w:lang w:eastAsia="ja-JP"/>
        </w:rPr>
        <w:t>☐</w:t>
      </w:r>
      <w:r w:rsidRPr="00600CD1">
        <w:rPr>
          <w:rFonts w:ascii="BIZ UDPゴシック" w:eastAsia="BIZ UDPゴシック" w:hAnsi="BIZ UDPゴシック" w:hint="eastAsia"/>
          <w:sz w:val="20"/>
          <w:szCs w:val="20"/>
          <w:lang w:eastAsia="ja-JP"/>
        </w:rPr>
        <w:t xml:space="preserve">　ａ　当該違反行為を是正していない。</w:t>
      </w:r>
    </w:p>
    <w:p w14:paraId="67E3249A" w14:textId="3D1E69C2" w:rsidR="00544D2D" w:rsidRPr="00600CD1" w:rsidRDefault="00DC2AC7" w:rsidP="00B63731">
      <w:pPr>
        <w:spacing w:after="40"/>
        <w:ind w:left="400" w:hangingChars="200" w:hanging="400"/>
        <w:rPr>
          <w:rFonts w:ascii="BIZ UDPゴシック" w:eastAsia="BIZ UDPゴシック" w:hAnsi="BIZ UDPゴシック"/>
          <w:sz w:val="20"/>
          <w:szCs w:val="20"/>
          <w:lang w:eastAsia="ja-JP"/>
        </w:rPr>
      </w:pPr>
      <w:r>
        <w:rPr>
          <w:rFonts w:ascii="BIZ UDPゴシック" w:eastAsia="BIZ UDPゴシック" w:hAnsi="BIZ UDPゴシック" w:hint="eastAsia"/>
          <w:sz w:val="20"/>
          <w:szCs w:val="20"/>
          <w:lang w:eastAsia="ja-JP"/>
        </w:rPr>
        <w:t xml:space="preserve">　　　　　</w:t>
      </w:r>
      <w:r w:rsidRPr="00600CD1">
        <w:rPr>
          <w:rFonts w:ascii="Segoe UI Symbol" w:eastAsia="BIZ UDPゴシック" w:hAnsi="Segoe UI Symbol" w:cs="Segoe UI Symbol"/>
          <w:sz w:val="20"/>
          <w:szCs w:val="20"/>
          <w:lang w:eastAsia="ja-JP"/>
        </w:rPr>
        <w:t>☐</w:t>
      </w:r>
      <w:r w:rsidRPr="00600CD1">
        <w:rPr>
          <w:rFonts w:ascii="BIZ UDPゴシック" w:eastAsia="BIZ UDPゴシック" w:hAnsi="BIZ UDPゴシック" w:hint="eastAsia"/>
          <w:sz w:val="20"/>
          <w:szCs w:val="20"/>
          <w:lang w:eastAsia="ja-JP"/>
        </w:rPr>
        <w:t xml:space="preserve">　ｂ　是正してから６カ月が経過していない。</w:t>
      </w:r>
    </w:p>
    <w:p w14:paraId="10001395" w14:textId="73AD13F9" w:rsidR="00544D2D" w:rsidRPr="00E60F4E" w:rsidRDefault="00DC2AC7">
      <w:pPr>
        <w:spacing w:after="40"/>
        <w:rPr>
          <w:rFonts w:ascii="BIZ UDPゴシック" w:eastAsia="BIZ UDPゴシック" w:hAnsi="BIZ UDPゴシック"/>
          <w:bCs/>
          <w:sz w:val="16"/>
          <w:szCs w:val="16"/>
          <w:lang w:eastAsia="ja-JP"/>
        </w:rPr>
      </w:pPr>
      <w:r>
        <w:rPr>
          <w:rFonts w:ascii="BIZ UDPゴシック" w:eastAsia="BIZ UDPゴシック" w:hAnsi="BIZ UDPゴシック" w:hint="eastAsia"/>
          <w:bCs/>
          <w:szCs w:val="18"/>
          <w:lang w:eastAsia="ja-JP"/>
        </w:rPr>
        <w:t xml:space="preserve">　　</w:t>
      </w:r>
      <w:r w:rsidRPr="00E60F4E">
        <w:rPr>
          <w:rFonts w:ascii="BIZ UDPゴシック" w:eastAsia="BIZ UDPゴシック" w:hAnsi="BIZ UDPゴシック" w:hint="eastAsia"/>
          <w:bCs/>
          <w:sz w:val="16"/>
          <w:szCs w:val="16"/>
          <w:lang w:eastAsia="ja-JP"/>
        </w:rPr>
        <w:t>（※３）　対象となる職業安定法の規定</w:t>
      </w:r>
    </w:p>
    <w:tbl>
      <w:tblPr>
        <w:tblStyle w:val="afe"/>
        <w:tblW w:w="0" w:type="auto"/>
        <w:tblInd w:w="421" w:type="dxa"/>
        <w:tblLook w:val="04A0" w:firstRow="1" w:lastRow="0" w:firstColumn="1" w:lastColumn="0" w:noHBand="0" w:noVBand="1"/>
      </w:tblPr>
      <w:tblGrid>
        <w:gridCol w:w="4110"/>
        <w:gridCol w:w="5245"/>
      </w:tblGrid>
      <w:tr w:rsidR="00544D2D" w:rsidRPr="00E60F4E" w14:paraId="12ACE9B5" w14:textId="77777777" w:rsidTr="00B63731">
        <w:tc>
          <w:tcPr>
            <w:tcW w:w="4110" w:type="dxa"/>
            <w:shd w:val="clear" w:color="auto" w:fill="D9D9D9" w:themeFill="background1" w:themeFillShade="D9"/>
          </w:tcPr>
          <w:p w14:paraId="6DFBFF03" w14:textId="3AD38498" w:rsidR="00544D2D" w:rsidRPr="00E60F4E" w:rsidRDefault="00DC2AC7" w:rsidP="00B63731">
            <w:pPr>
              <w:jc w:val="cente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内容</w:t>
            </w:r>
          </w:p>
        </w:tc>
        <w:tc>
          <w:tcPr>
            <w:tcW w:w="5245" w:type="dxa"/>
            <w:shd w:val="clear" w:color="auto" w:fill="D9D9D9" w:themeFill="background1" w:themeFillShade="D9"/>
          </w:tcPr>
          <w:p w14:paraId="777305A8" w14:textId="13FA62CF" w:rsidR="00544D2D" w:rsidRPr="00E60F4E" w:rsidRDefault="00DC2AC7" w:rsidP="00B63731">
            <w:pPr>
              <w:jc w:val="cente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規定</w:t>
            </w:r>
          </w:p>
        </w:tc>
      </w:tr>
      <w:tr w:rsidR="00544D2D" w:rsidRPr="00E60F4E" w14:paraId="1C39A51B" w14:textId="77777777" w:rsidTr="00B63731">
        <w:tc>
          <w:tcPr>
            <w:tcW w:w="4110" w:type="dxa"/>
          </w:tcPr>
          <w:p w14:paraId="0E8E78FB" w14:textId="1E6672BD"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労働条件等の明示</w:t>
            </w:r>
          </w:p>
        </w:tc>
        <w:tc>
          <w:tcPr>
            <w:tcW w:w="5245" w:type="dxa"/>
          </w:tcPr>
          <w:p w14:paraId="0AC3FFD1" w14:textId="56095B72"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第５条の３第１項，第２項及び第３項</w:t>
            </w:r>
          </w:p>
        </w:tc>
      </w:tr>
      <w:tr w:rsidR="00544D2D" w:rsidRPr="00E60F4E" w14:paraId="7EA534B0" w14:textId="77777777" w:rsidTr="00B63731">
        <w:tc>
          <w:tcPr>
            <w:tcW w:w="4110" w:type="dxa"/>
          </w:tcPr>
          <w:p w14:paraId="6A7FCEC7" w14:textId="41902E6E"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求人等に関する情報の的確な表示</w:t>
            </w:r>
          </w:p>
        </w:tc>
        <w:tc>
          <w:tcPr>
            <w:tcW w:w="5245" w:type="dxa"/>
          </w:tcPr>
          <w:p w14:paraId="442C9D8E" w14:textId="27EBE9D6"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第５条の４第１項及び第２項</w:t>
            </w:r>
          </w:p>
        </w:tc>
      </w:tr>
      <w:tr w:rsidR="00544D2D" w:rsidRPr="00E60F4E" w14:paraId="303D0361" w14:textId="77777777" w:rsidTr="00B63731">
        <w:tc>
          <w:tcPr>
            <w:tcW w:w="4110" w:type="dxa"/>
          </w:tcPr>
          <w:p w14:paraId="22E3378E" w14:textId="3B3FB753"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求職者等の個人情報の取扱い</w:t>
            </w:r>
          </w:p>
        </w:tc>
        <w:tc>
          <w:tcPr>
            <w:tcW w:w="5245" w:type="dxa"/>
          </w:tcPr>
          <w:p w14:paraId="01D7008E" w14:textId="031B7C10"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第５条の５</w:t>
            </w:r>
          </w:p>
        </w:tc>
      </w:tr>
      <w:tr w:rsidR="00544D2D" w:rsidRPr="00E60F4E" w14:paraId="0B3BE1B8" w14:textId="77777777" w:rsidTr="00B63731">
        <w:tc>
          <w:tcPr>
            <w:tcW w:w="4110" w:type="dxa"/>
          </w:tcPr>
          <w:p w14:paraId="2FB77822" w14:textId="6E10E68B"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求人の申込み時の報告</w:t>
            </w:r>
          </w:p>
        </w:tc>
        <w:tc>
          <w:tcPr>
            <w:tcW w:w="5245" w:type="dxa"/>
          </w:tcPr>
          <w:p w14:paraId="2C887D4E" w14:textId="08B9C3DC"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第５条の６第３項</w:t>
            </w:r>
          </w:p>
        </w:tc>
      </w:tr>
      <w:tr w:rsidR="00544D2D" w:rsidRPr="00E60F4E" w14:paraId="6DF6243B" w14:textId="77777777" w:rsidTr="00B63731">
        <w:tc>
          <w:tcPr>
            <w:tcW w:w="4110" w:type="dxa"/>
          </w:tcPr>
          <w:p w14:paraId="134F1528" w14:textId="3DA437B4"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委託募集</w:t>
            </w:r>
          </w:p>
        </w:tc>
        <w:tc>
          <w:tcPr>
            <w:tcW w:w="5245" w:type="dxa"/>
          </w:tcPr>
          <w:p w14:paraId="5BEB53AE" w14:textId="7B86D08A"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第３６条</w:t>
            </w:r>
          </w:p>
        </w:tc>
      </w:tr>
      <w:tr w:rsidR="00544D2D" w:rsidRPr="00E60F4E" w14:paraId="26C63365" w14:textId="77777777" w:rsidTr="00B63731">
        <w:tc>
          <w:tcPr>
            <w:tcW w:w="4110" w:type="dxa"/>
          </w:tcPr>
          <w:p w14:paraId="16D8EC77" w14:textId="289C318C"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労働者募集に係る報酬受領・供与の禁止</w:t>
            </w:r>
          </w:p>
        </w:tc>
        <w:tc>
          <w:tcPr>
            <w:tcW w:w="5245" w:type="dxa"/>
          </w:tcPr>
          <w:p w14:paraId="1AF43C9E" w14:textId="29306048"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第３９条，第４０条</w:t>
            </w:r>
          </w:p>
        </w:tc>
      </w:tr>
      <w:tr w:rsidR="00544D2D" w:rsidRPr="00E60F4E" w14:paraId="06AA5D9F" w14:textId="77777777" w:rsidTr="00B63731">
        <w:tc>
          <w:tcPr>
            <w:tcW w:w="4110" w:type="dxa"/>
          </w:tcPr>
          <w:p w14:paraId="1CAE73CC" w14:textId="1F898555"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労働争議への不介入</w:t>
            </w:r>
          </w:p>
        </w:tc>
        <w:tc>
          <w:tcPr>
            <w:tcW w:w="5245" w:type="dxa"/>
          </w:tcPr>
          <w:p w14:paraId="6B9D253C" w14:textId="5A8E2479"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第４２条の２において読み替えて準用する法第２０条</w:t>
            </w:r>
          </w:p>
        </w:tc>
      </w:tr>
      <w:tr w:rsidR="00544D2D" w:rsidRPr="00E60F4E" w14:paraId="0C572174" w14:textId="77777777" w:rsidTr="00B63731">
        <w:tc>
          <w:tcPr>
            <w:tcW w:w="4110" w:type="dxa"/>
          </w:tcPr>
          <w:p w14:paraId="50D642C0" w14:textId="753312E6"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秘密を守る義務</w:t>
            </w:r>
          </w:p>
        </w:tc>
        <w:tc>
          <w:tcPr>
            <w:tcW w:w="5245" w:type="dxa"/>
          </w:tcPr>
          <w:p w14:paraId="46CB9D1C" w14:textId="6D6A8833"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第５１条</w:t>
            </w:r>
          </w:p>
        </w:tc>
      </w:tr>
    </w:tbl>
    <w:p w14:paraId="0E9CED15" w14:textId="18384FC3" w:rsidR="00544D2D" w:rsidRPr="00E60F4E" w:rsidRDefault="00DC2AC7" w:rsidP="00B63731">
      <w:pPr>
        <w:spacing w:after="40"/>
        <w:ind w:left="640" w:hangingChars="400" w:hanging="640"/>
        <w:rPr>
          <w:rFonts w:ascii="BIZ UDPゴシック" w:eastAsia="BIZ UDPゴシック" w:hAnsi="BIZ UDPゴシック"/>
          <w:bCs/>
          <w:sz w:val="16"/>
          <w:szCs w:val="16"/>
          <w:lang w:eastAsia="ja-JP"/>
        </w:rPr>
      </w:pPr>
      <w:r w:rsidRPr="00E60F4E">
        <w:rPr>
          <w:rFonts w:ascii="BIZ UDPゴシック" w:eastAsia="BIZ UDPゴシック" w:hAnsi="BIZ UDPゴシック" w:hint="eastAsia"/>
          <w:bCs/>
          <w:sz w:val="16"/>
          <w:szCs w:val="16"/>
          <w:lang w:eastAsia="ja-JP"/>
        </w:rPr>
        <w:t xml:space="preserve">　　（※４）　対象となる労働施策総合推進法（労働施策の総合的な推進並びに労働者の雇用の安定及び職業生活の充実等に関する法律）の規定</w:t>
      </w:r>
    </w:p>
    <w:tbl>
      <w:tblPr>
        <w:tblStyle w:val="afe"/>
        <w:tblW w:w="9348" w:type="dxa"/>
        <w:tblInd w:w="428" w:type="dxa"/>
        <w:tblLook w:val="04A0" w:firstRow="1" w:lastRow="0" w:firstColumn="1" w:lastColumn="0" w:noHBand="0" w:noVBand="1"/>
      </w:tblPr>
      <w:tblGrid>
        <w:gridCol w:w="5098"/>
        <w:gridCol w:w="4250"/>
      </w:tblGrid>
      <w:tr w:rsidR="00544D2D" w:rsidRPr="00E60F4E" w14:paraId="3AC1FF40" w14:textId="77777777" w:rsidTr="00B63731">
        <w:tc>
          <w:tcPr>
            <w:tcW w:w="5098" w:type="dxa"/>
            <w:shd w:val="clear" w:color="auto" w:fill="D9D9D9" w:themeFill="background1" w:themeFillShade="D9"/>
          </w:tcPr>
          <w:p w14:paraId="353FFE52" w14:textId="3D90ADCF" w:rsidR="00544D2D" w:rsidRPr="00E60F4E" w:rsidRDefault="00DC2AC7" w:rsidP="00B63731">
            <w:pPr>
              <w:jc w:val="cente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内容</w:t>
            </w:r>
          </w:p>
        </w:tc>
        <w:tc>
          <w:tcPr>
            <w:tcW w:w="4250" w:type="dxa"/>
            <w:shd w:val="clear" w:color="auto" w:fill="D9D9D9" w:themeFill="background1" w:themeFillShade="D9"/>
          </w:tcPr>
          <w:p w14:paraId="730C5266" w14:textId="359D127D" w:rsidR="00544D2D" w:rsidRPr="00E60F4E" w:rsidRDefault="00DC2AC7" w:rsidP="00B63731">
            <w:pPr>
              <w:jc w:val="cente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規定</w:t>
            </w:r>
          </w:p>
        </w:tc>
      </w:tr>
      <w:tr w:rsidR="00544D2D" w:rsidRPr="00E60F4E" w14:paraId="21D185C1" w14:textId="77777777" w:rsidTr="00B63731">
        <w:tc>
          <w:tcPr>
            <w:tcW w:w="5098" w:type="dxa"/>
            <w:vAlign w:val="center"/>
          </w:tcPr>
          <w:p w14:paraId="3F6A1F2E" w14:textId="20174546"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パワーハラスメント防止に関する雇用管理上の措置</w:t>
            </w:r>
          </w:p>
        </w:tc>
        <w:tc>
          <w:tcPr>
            <w:tcW w:w="4250" w:type="dxa"/>
            <w:vAlign w:val="center"/>
          </w:tcPr>
          <w:p w14:paraId="653AF4E3" w14:textId="11BF7BB4"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第３０条の２第１項</w:t>
            </w:r>
          </w:p>
        </w:tc>
      </w:tr>
      <w:tr w:rsidR="00544D2D" w:rsidRPr="00E60F4E" w14:paraId="53122086" w14:textId="77777777" w:rsidTr="00B63731">
        <w:tc>
          <w:tcPr>
            <w:tcW w:w="5098" w:type="dxa"/>
            <w:vAlign w:val="center"/>
          </w:tcPr>
          <w:p w14:paraId="7E04F60E" w14:textId="6EB36067"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ハラスメント等を理由とする不利益取扱いの禁止</w:t>
            </w:r>
          </w:p>
        </w:tc>
        <w:tc>
          <w:tcPr>
            <w:tcW w:w="4250" w:type="dxa"/>
            <w:vAlign w:val="center"/>
          </w:tcPr>
          <w:p w14:paraId="1F607917" w14:textId="326F93B2"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lang w:eastAsia="ja-JP"/>
              </w:rPr>
              <w:t>第３０条の２第２項（第３０条の５第２項，第３０条の６第２項において準用する場合を含む。</w:t>
            </w:r>
            <w:r w:rsidRPr="00E60F4E">
              <w:rPr>
                <w:rFonts w:ascii="BIZ UDPゴシック" w:eastAsia="BIZ UDPゴシック" w:hAnsi="BIZ UDPゴシック" w:hint="eastAsia"/>
                <w:sz w:val="16"/>
                <w:szCs w:val="16"/>
              </w:rPr>
              <w:t>）</w:t>
            </w:r>
          </w:p>
        </w:tc>
      </w:tr>
    </w:tbl>
    <w:p w14:paraId="7976A538" w14:textId="7C3237FB" w:rsidR="00544D2D" w:rsidRPr="00E60F4E" w:rsidRDefault="00DC2AC7">
      <w:pPr>
        <w:spacing w:after="40"/>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 xml:space="preserve">　　　　備考　第３０条の２第１項を労働者派遣法第４７条の４の規定により適用する場合を含む。</w:t>
      </w:r>
    </w:p>
    <w:p w14:paraId="2EB4F93F" w14:textId="23809FB8" w:rsidR="00544D2D" w:rsidRPr="00E60F4E" w:rsidRDefault="00DC2AC7">
      <w:pPr>
        <w:spacing w:after="40"/>
        <w:rPr>
          <w:rFonts w:ascii="BIZ UDPゴシック" w:eastAsia="BIZ UDPゴシック" w:hAnsi="BIZ UDPゴシック"/>
          <w:bCs/>
          <w:sz w:val="16"/>
          <w:szCs w:val="16"/>
          <w:lang w:eastAsia="ja-JP"/>
        </w:rPr>
      </w:pPr>
      <w:r w:rsidRPr="00E60F4E">
        <w:rPr>
          <w:rFonts w:ascii="BIZ UDPゴシック" w:eastAsia="BIZ UDPゴシック" w:hAnsi="BIZ UDPゴシック" w:hint="eastAsia"/>
          <w:sz w:val="16"/>
          <w:szCs w:val="16"/>
          <w:lang w:eastAsia="ja-JP"/>
        </w:rPr>
        <w:t xml:space="preserve">　　</w:t>
      </w:r>
      <w:r w:rsidRPr="00E60F4E">
        <w:rPr>
          <w:rFonts w:ascii="BIZ UDPゴシック" w:eastAsia="BIZ UDPゴシック" w:hAnsi="BIZ UDPゴシック" w:hint="eastAsia"/>
          <w:bCs/>
          <w:sz w:val="16"/>
          <w:szCs w:val="16"/>
          <w:lang w:eastAsia="ja-JP"/>
        </w:rPr>
        <w:t>（※５）　対象となる男女雇用機会均等法（雇用の分野における男女の均等な機会及び待遇の確保等に関する法律）の規定</w:t>
      </w:r>
    </w:p>
    <w:tbl>
      <w:tblPr>
        <w:tblStyle w:val="afe"/>
        <w:tblW w:w="0" w:type="auto"/>
        <w:tblInd w:w="421" w:type="dxa"/>
        <w:tblLook w:val="04A0" w:firstRow="1" w:lastRow="0" w:firstColumn="1" w:lastColumn="0" w:noHBand="0" w:noVBand="1"/>
      </w:tblPr>
      <w:tblGrid>
        <w:gridCol w:w="5103"/>
        <w:gridCol w:w="4252"/>
      </w:tblGrid>
      <w:tr w:rsidR="00544D2D" w:rsidRPr="00E60F4E" w14:paraId="38831310" w14:textId="77777777" w:rsidTr="00B63731">
        <w:tc>
          <w:tcPr>
            <w:tcW w:w="5103" w:type="dxa"/>
            <w:shd w:val="clear" w:color="auto" w:fill="D9D9D9" w:themeFill="background1" w:themeFillShade="D9"/>
          </w:tcPr>
          <w:p w14:paraId="6FCAB981" w14:textId="6B8C68CB" w:rsidR="00544D2D" w:rsidRPr="00E60F4E" w:rsidRDefault="00DC2AC7" w:rsidP="00B63731">
            <w:pPr>
              <w:jc w:val="cente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内容</w:t>
            </w:r>
          </w:p>
        </w:tc>
        <w:tc>
          <w:tcPr>
            <w:tcW w:w="4252" w:type="dxa"/>
            <w:shd w:val="clear" w:color="auto" w:fill="D9D9D9" w:themeFill="background1" w:themeFillShade="D9"/>
          </w:tcPr>
          <w:p w14:paraId="4F3B7EFA" w14:textId="1A04CF50" w:rsidR="00544D2D" w:rsidRPr="00E60F4E" w:rsidRDefault="00DC2AC7" w:rsidP="00B63731">
            <w:pPr>
              <w:jc w:val="cente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規定</w:t>
            </w:r>
          </w:p>
        </w:tc>
      </w:tr>
      <w:tr w:rsidR="00544D2D" w:rsidRPr="00E60F4E" w14:paraId="556CAB2B" w14:textId="77777777" w:rsidTr="00B63731">
        <w:tc>
          <w:tcPr>
            <w:tcW w:w="5103" w:type="dxa"/>
          </w:tcPr>
          <w:p w14:paraId="177F2947" w14:textId="07DEA1CD"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性別を理由とする差別の禁止</w:t>
            </w:r>
          </w:p>
        </w:tc>
        <w:tc>
          <w:tcPr>
            <w:tcW w:w="4252" w:type="dxa"/>
          </w:tcPr>
          <w:p w14:paraId="045F41D1" w14:textId="7D82EB13"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第５条，第６条，第７条</w:t>
            </w:r>
          </w:p>
        </w:tc>
      </w:tr>
      <w:tr w:rsidR="00544D2D" w:rsidRPr="00E60F4E" w14:paraId="10F28757" w14:textId="77777777" w:rsidTr="00B63731">
        <w:tc>
          <w:tcPr>
            <w:tcW w:w="5103" w:type="dxa"/>
          </w:tcPr>
          <w:p w14:paraId="44EF6BF5" w14:textId="78CF32CA"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セクシュアルハラスメント，出産等を理由とする不利益取扱いの禁止</w:t>
            </w:r>
          </w:p>
        </w:tc>
        <w:tc>
          <w:tcPr>
            <w:tcW w:w="4252" w:type="dxa"/>
          </w:tcPr>
          <w:p w14:paraId="300D7FF4" w14:textId="4EDBEABA"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lang w:eastAsia="ja-JP"/>
              </w:rPr>
              <w:t>第９条第１項，第２項及び第３項，第１１条第２項（第１１条の３第２項，第１７条第２項，第１８条第２項において準用する場合を含む。</w:t>
            </w:r>
            <w:r w:rsidRPr="00E60F4E">
              <w:rPr>
                <w:rFonts w:ascii="BIZ UDPゴシック" w:eastAsia="BIZ UDPゴシック" w:hAnsi="BIZ UDPゴシック" w:hint="eastAsia"/>
                <w:sz w:val="16"/>
                <w:szCs w:val="16"/>
              </w:rPr>
              <w:t>）</w:t>
            </w:r>
          </w:p>
        </w:tc>
      </w:tr>
      <w:tr w:rsidR="00544D2D" w:rsidRPr="00E60F4E" w14:paraId="7B61665F" w14:textId="77777777" w:rsidTr="00B63731">
        <w:tc>
          <w:tcPr>
            <w:tcW w:w="5103" w:type="dxa"/>
          </w:tcPr>
          <w:p w14:paraId="433EC3F6" w14:textId="647F1223"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セクシュアルハラスメント等の防止に関する雇用管理上の措置</w:t>
            </w:r>
          </w:p>
        </w:tc>
        <w:tc>
          <w:tcPr>
            <w:tcW w:w="4252" w:type="dxa"/>
          </w:tcPr>
          <w:p w14:paraId="59F0866A" w14:textId="12A98E3C"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第１１条第１項，第１１条の３第１項</w:t>
            </w:r>
          </w:p>
        </w:tc>
      </w:tr>
      <w:tr w:rsidR="00544D2D" w:rsidRPr="00E60F4E" w14:paraId="7EBB1C75" w14:textId="77777777" w:rsidTr="00B63731">
        <w:tc>
          <w:tcPr>
            <w:tcW w:w="5103" w:type="dxa"/>
          </w:tcPr>
          <w:p w14:paraId="62A150DB" w14:textId="63032079"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妊娠中，出産後の健康管理措置</w:t>
            </w:r>
          </w:p>
        </w:tc>
        <w:tc>
          <w:tcPr>
            <w:tcW w:w="4252" w:type="dxa"/>
          </w:tcPr>
          <w:p w14:paraId="61A7D59F" w14:textId="263F82CC"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第１２条，第１３条第１項</w:t>
            </w:r>
          </w:p>
        </w:tc>
      </w:tr>
    </w:tbl>
    <w:p w14:paraId="08433BA4" w14:textId="1651A74D" w:rsidR="00544D2D" w:rsidRPr="00E60F4E" w:rsidRDefault="00DC2AC7">
      <w:pPr>
        <w:spacing w:after="40"/>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 xml:space="preserve">　　　　備考　労働者派遣法第４７条の２の規定により適用する場合を含む。</w:t>
      </w:r>
    </w:p>
    <w:p w14:paraId="1653AA11" w14:textId="68A1A77B" w:rsidR="00544D2D" w:rsidRPr="00E60F4E" w:rsidRDefault="00DC2AC7">
      <w:pPr>
        <w:spacing w:after="40"/>
        <w:rPr>
          <w:rFonts w:ascii="BIZ UDPゴシック" w:eastAsia="BIZ UDPゴシック" w:hAnsi="BIZ UDPゴシック"/>
          <w:bCs/>
          <w:sz w:val="16"/>
          <w:szCs w:val="16"/>
          <w:lang w:eastAsia="ja-JP"/>
        </w:rPr>
      </w:pPr>
      <w:r w:rsidRPr="00E60F4E">
        <w:rPr>
          <w:rFonts w:ascii="BIZ UDPゴシック" w:eastAsia="BIZ UDPゴシック" w:hAnsi="BIZ UDPゴシック" w:hint="eastAsia"/>
          <w:bCs/>
          <w:sz w:val="16"/>
          <w:szCs w:val="16"/>
          <w:lang w:eastAsia="ja-JP"/>
        </w:rPr>
        <w:t xml:space="preserve">　　（※６）　対象となる育児介護休業法（育児休業，介護休業等育児又は家族介護を行う労働者の福祉に関する法律）の規定</w:t>
      </w:r>
    </w:p>
    <w:tbl>
      <w:tblPr>
        <w:tblStyle w:val="afe"/>
        <w:tblW w:w="0" w:type="auto"/>
        <w:tblInd w:w="421" w:type="dxa"/>
        <w:tblLook w:val="04A0" w:firstRow="1" w:lastRow="0" w:firstColumn="1" w:lastColumn="0" w:noHBand="0" w:noVBand="1"/>
      </w:tblPr>
      <w:tblGrid>
        <w:gridCol w:w="2976"/>
        <w:gridCol w:w="6379"/>
      </w:tblGrid>
      <w:tr w:rsidR="00544D2D" w:rsidRPr="00E60F4E" w14:paraId="51E2996E" w14:textId="77777777" w:rsidTr="00B63731">
        <w:tc>
          <w:tcPr>
            <w:tcW w:w="2976" w:type="dxa"/>
            <w:shd w:val="clear" w:color="auto" w:fill="D9D9D9" w:themeFill="background1" w:themeFillShade="D9"/>
          </w:tcPr>
          <w:p w14:paraId="22B01D74" w14:textId="32C40916" w:rsidR="00544D2D" w:rsidRPr="00E60F4E" w:rsidRDefault="00DC2AC7" w:rsidP="00B63731">
            <w:pPr>
              <w:jc w:val="cente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内容</w:t>
            </w:r>
          </w:p>
        </w:tc>
        <w:tc>
          <w:tcPr>
            <w:tcW w:w="6379" w:type="dxa"/>
            <w:shd w:val="clear" w:color="auto" w:fill="D9D9D9" w:themeFill="background1" w:themeFillShade="D9"/>
          </w:tcPr>
          <w:p w14:paraId="5966A55C" w14:textId="1FE503E9" w:rsidR="00544D2D" w:rsidRPr="00E60F4E" w:rsidRDefault="00DC2AC7" w:rsidP="00B63731">
            <w:pPr>
              <w:jc w:val="cente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規定</w:t>
            </w:r>
          </w:p>
        </w:tc>
      </w:tr>
      <w:tr w:rsidR="00544D2D" w:rsidRPr="00E60F4E" w14:paraId="2E39170D" w14:textId="77777777" w:rsidTr="00B63731">
        <w:tc>
          <w:tcPr>
            <w:tcW w:w="2976" w:type="dxa"/>
            <w:vAlign w:val="center"/>
          </w:tcPr>
          <w:p w14:paraId="7D24F716" w14:textId="0460CC3B" w:rsidR="00544D2D" w:rsidRPr="00E60F4E" w:rsidRDefault="00DC2AC7">
            <w:pPr>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育児休業，介護休業等の申出があった場合の義務，不利益取扱いの禁止</w:t>
            </w:r>
          </w:p>
        </w:tc>
        <w:tc>
          <w:tcPr>
            <w:tcW w:w="6379" w:type="dxa"/>
            <w:vAlign w:val="center"/>
          </w:tcPr>
          <w:p w14:paraId="0E27F6F0" w14:textId="169913DA"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lang w:eastAsia="ja-JP"/>
              </w:rPr>
              <w:t>第６条第１項，第９条の３第１項，第１０条，第１２条第１項，第１６条（第１６条の４，第１６条の７において準用する場合を含む）　第１６条の３第１項，第１６条の６第１項，第１６条の１０，第１８条の２，第２０条の２，第２１条第６項，第２３条の２，第２３条の３第１項及び第７項，第２５条第１項・第２項（第５２条の４第２項，第５２条の５第２項において準用する場合を含む。</w:t>
            </w:r>
            <w:r w:rsidRPr="00E60F4E">
              <w:rPr>
                <w:rFonts w:ascii="BIZ UDPゴシック" w:eastAsia="BIZ UDPゴシック" w:hAnsi="BIZ UDPゴシック" w:hint="eastAsia"/>
                <w:sz w:val="16"/>
                <w:szCs w:val="16"/>
              </w:rPr>
              <w:t>）</w:t>
            </w:r>
          </w:p>
        </w:tc>
      </w:tr>
      <w:tr w:rsidR="00544D2D" w:rsidRPr="00E60F4E" w14:paraId="61695DDA" w14:textId="77777777" w:rsidTr="00B63731">
        <w:tc>
          <w:tcPr>
            <w:tcW w:w="2976" w:type="dxa"/>
            <w:vAlign w:val="center"/>
          </w:tcPr>
          <w:p w14:paraId="5F361A99" w14:textId="26CC5223"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rPr>
              <w:t>所定外労働等の制限</w:t>
            </w:r>
          </w:p>
        </w:tc>
        <w:tc>
          <w:tcPr>
            <w:tcW w:w="6379" w:type="dxa"/>
            <w:vAlign w:val="center"/>
          </w:tcPr>
          <w:p w14:paraId="39A7475C" w14:textId="103C6159" w:rsidR="00544D2D" w:rsidRPr="00E60F4E" w:rsidRDefault="00DC2AC7">
            <w:pPr>
              <w:rPr>
                <w:rFonts w:ascii="BIZ UDPゴシック" w:eastAsia="BIZ UDPゴシック" w:hAnsi="BIZ UDPゴシック"/>
                <w:sz w:val="16"/>
                <w:szCs w:val="16"/>
              </w:rPr>
            </w:pPr>
            <w:r w:rsidRPr="00E60F4E">
              <w:rPr>
                <w:rFonts w:ascii="BIZ UDPゴシック" w:eastAsia="BIZ UDPゴシック" w:hAnsi="BIZ UDPゴシック" w:hint="eastAsia"/>
                <w:sz w:val="16"/>
                <w:szCs w:val="16"/>
                <w:lang w:eastAsia="ja-JP"/>
              </w:rPr>
              <w:t>第１６条の８第１項（第１６条の９第１項において準用する場合を含む），第１７条第１項（第１８条第１項において準用する場合を含む。），第１９条第１項（第２０条第１項において準用する場合を含む。</w:t>
            </w:r>
            <w:r w:rsidRPr="00E60F4E">
              <w:rPr>
                <w:rFonts w:ascii="BIZ UDPゴシック" w:eastAsia="BIZ UDPゴシック" w:hAnsi="BIZ UDPゴシック" w:hint="eastAsia"/>
                <w:sz w:val="16"/>
                <w:szCs w:val="16"/>
              </w:rPr>
              <w:t>），第２３条第１項から第３項まで，第２６条</w:t>
            </w:r>
          </w:p>
        </w:tc>
      </w:tr>
    </w:tbl>
    <w:p w14:paraId="22424E56" w14:textId="2A2F9DCE" w:rsidR="00544D2D" w:rsidRPr="00E60F4E" w:rsidRDefault="00DC2AC7">
      <w:pPr>
        <w:spacing w:after="40"/>
        <w:rPr>
          <w:rFonts w:ascii="BIZ UDPゴシック" w:eastAsia="BIZ UDPゴシック" w:hAnsi="BIZ UDPゴシック"/>
          <w:sz w:val="16"/>
          <w:szCs w:val="16"/>
          <w:lang w:eastAsia="ja-JP"/>
        </w:rPr>
      </w:pPr>
      <w:r w:rsidRPr="00E60F4E">
        <w:rPr>
          <w:rFonts w:ascii="BIZ UDPゴシック" w:eastAsia="BIZ UDPゴシック" w:hAnsi="BIZ UDPゴシック" w:hint="eastAsia"/>
          <w:sz w:val="16"/>
          <w:szCs w:val="16"/>
          <w:lang w:eastAsia="ja-JP"/>
        </w:rPr>
        <w:t xml:space="preserve">　　　　備考　労働者派遣法第４７条の３の規定により適用する場合を含む。</w:t>
      </w:r>
    </w:p>
    <w:p w14:paraId="64C4006C" w14:textId="77777777" w:rsidR="00544D2D" w:rsidRPr="00600CD1" w:rsidRDefault="00544D2D">
      <w:pPr>
        <w:spacing w:after="40"/>
        <w:rPr>
          <w:rFonts w:ascii="BIZ UDPゴシック" w:eastAsia="BIZ UDPゴシック" w:hAnsi="BIZ UDPゴシック"/>
          <w:szCs w:val="18"/>
          <w:lang w:eastAsia="ja-JP"/>
        </w:rPr>
      </w:pPr>
    </w:p>
    <w:p w14:paraId="4E511E81" w14:textId="435D1F8B" w:rsidR="00544D2D" w:rsidRPr="00D7006F" w:rsidRDefault="00DC2AC7">
      <w:pPr>
        <w:spacing w:after="40"/>
        <w:rPr>
          <w:rFonts w:ascii="BIZ UDPゴシック" w:eastAsia="BIZ UDPゴシック" w:hAnsi="BIZ UDPゴシック"/>
          <w:sz w:val="20"/>
          <w:szCs w:val="20"/>
          <w:u w:val="single"/>
          <w:lang w:eastAsia="ja-JP"/>
        </w:rPr>
      </w:pPr>
      <w:r w:rsidRPr="00D7006F">
        <w:rPr>
          <w:rFonts w:ascii="BIZ UDPゴシック" w:eastAsia="BIZ UDPゴシック" w:hAnsi="BIZ UDPゴシック" w:hint="eastAsia"/>
          <w:b/>
          <w:sz w:val="20"/>
          <w:szCs w:val="20"/>
          <w:u w:val="single"/>
          <w:lang w:eastAsia="ja-JP"/>
        </w:rPr>
        <w:t>３　その他の不受理事由</w:t>
      </w:r>
    </w:p>
    <w:p w14:paraId="0422DFAF" w14:textId="76BD39BF" w:rsidR="00DC2AC7" w:rsidRDefault="00DC2AC7">
      <w:pPr>
        <w:spacing w:after="40"/>
        <w:rPr>
          <w:rFonts w:ascii="BIZ UDPゴシック" w:eastAsia="BIZ UDPゴシック" w:hAnsi="BIZ UDPゴシック"/>
          <w:sz w:val="20"/>
          <w:szCs w:val="20"/>
          <w:lang w:eastAsia="ja-JP"/>
        </w:rPr>
      </w:pPr>
      <w:r w:rsidRPr="00600CD1">
        <w:rPr>
          <w:rFonts w:ascii="BIZ UDPゴシック" w:eastAsia="BIZ UDPゴシック" w:hAnsi="BIZ UDPゴシック" w:hint="eastAsia"/>
          <w:sz w:val="20"/>
          <w:szCs w:val="20"/>
          <w:lang w:eastAsia="ja-JP"/>
        </w:rPr>
        <w:t xml:space="preserve">　</w:t>
      </w:r>
      <w:r>
        <w:rPr>
          <w:rFonts w:ascii="BIZ UDPゴシック" w:eastAsia="BIZ UDPゴシック" w:hAnsi="BIZ UDPゴシック" w:hint="eastAsia"/>
          <w:sz w:val="20"/>
          <w:szCs w:val="20"/>
          <w:lang w:eastAsia="ja-JP"/>
        </w:rPr>
        <w:t xml:space="preserve">　</w:t>
      </w:r>
      <w:r w:rsidR="00FD0123">
        <w:rPr>
          <w:rFonts w:ascii="BIZ UDPゴシック" w:eastAsia="BIZ UDPゴシック" w:hAnsi="BIZ UDPゴシック" w:hint="eastAsia"/>
          <w:sz w:val="20"/>
          <w:szCs w:val="20"/>
          <w:lang w:eastAsia="ja-JP"/>
        </w:rPr>
        <w:t xml:space="preserve">　</w:t>
      </w:r>
      <w:r w:rsidRPr="00600CD1">
        <w:rPr>
          <w:rFonts w:ascii="Segoe UI Symbol" w:eastAsia="BIZ UDPゴシック" w:hAnsi="Segoe UI Symbol" w:cs="Segoe UI Symbol"/>
          <w:sz w:val="20"/>
          <w:szCs w:val="20"/>
          <w:lang w:eastAsia="ja-JP"/>
        </w:rPr>
        <w:t>☐</w:t>
      </w:r>
      <w:r w:rsidRPr="00600CD1">
        <w:rPr>
          <w:rFonts w:ascii="BIZ UDPゴシック" w:eastAsia="BIZ UDPゴシック" w:hAnsi="BIZ UDPゴシック" w:hint="eastAsia"/>
          <w:sz w:val="20"/>
          <w:szCs w:val="20"/>
          <w:lang w:eastAsia="ja-JP"/>
        </w:rPr>
        <w:t xml:space="preserve">　ａ　暴力団員（注２）に該当する。</w:t>
      </w:r>
    </w:p>
    <w:p w14:paraId="02A7E618" w14:textId="545D51F7" w:rsidR="00DC2AC7" w:rsidRDefault="00DC2AC7">
      <w:pPr>
        <w:spacing w:after="40"/>
        <w:rPr>
          <w:rFonts w:ascii="BIZ UDPゴシック" w:eastAsia="BIZ UDPゴシック" w:hAnsi="BIZ UDPゴシック"/>
          <w:sz w:val="20"/>
          <w:szCs w:val="20"/>
          <w:lang w:eastAsia="ja-JP"/>
        </w:rPr>
      </w:pPr>
      <w:r>
        <w:rPr>
          <w:rFonts w:ascii="BIZ UDPゴシック" w:eastAsia="BIZ UDPゴシック" w:hAnsi="BIZ UDPゴシック" w:hint="eastAsia"/>
          <w:sz w:val="20"/>
          <w:szCs w:val="20"/>
          <w:lang w:eastAsia="ja-JP"/>
        </w:rPr>
        <w:t xml:space="preserve">　　</w:t>
      </w:r>
      <w:r w:rsidR="00FD0123">
        <w:rPr>
          <w:rFonts w:ascii="BIZ UDPゴシック" w:eastAsia="BIZ UDPゴシック" w:hAnsi="BIZ UDPゴシック" w:hint="eastAsia"/>
          <w:sz w:val="20"/>
          <w:szCs w:val="20"/>
          <w:lang w:eastAsia="ja-JP"/>
        </w:rPr>
        <w:t xml:space="preserve">　</w:t>
      </w:r>
      <w:r w:rsidRPr="00600CD1">
        <w:rPr>
          <w:rFonts w:ascii="Segoe UI Symbol" w:eastAsia="BIZ UDPゴシック" w:hAnsi="Segoe UI Symbol" w:cs="Segoe UI Symbol"/>
          <w:sz w:val="20"/>
          <w:szCs w:val="20"/>
          <w:lang w:eastAsia="ja-JP"/>
        </w:rPr>
        <w:t>☐</w:t>
      </w:r>
      <w:r w:rsidRPr="00600CD1">
        <w:rPr>
          <w:rFonts w:ascii="BIZ UDPゴシック" w:eastAsia="BIZ UDPゴシック" w:hAnsi="BIZ UDPゴシック" w:hint="eastAsia"/>
          <w:sz w:val="20"/>
          <w:szCs w:val="20"/>
          <w:lang w:eastAsia="ja-JP"/>
        </w:rPr>
        <w:t xml:space="preserve">　ｂ　法人の場合，役員の中に暴力団員がいる。</w:t>
      </w:r>
    </w:p>
    <w:p w14:paraId="633B7483" w14:textId="1B1E5B0E" w:rsidR="00DC2AC7" w:rsidRDefault="00DC2AC7">
      <w:pPr>
        <w:spacing w:after="40"/>
        <w:rPr>
          <w:rFonts w:ascii="BIZ UDPゴシック" w:eastAsia="BIZ UDPゴシック" w:hAnsi="BIZ UDPゴシック"/>
          <w:sz w:val="20"/>
          <w:szCs w:val="20"/>
          <w:lang w:eastAsia="ja-JP"/>
        </w:rPr>
      </w:pPr>
      <w:r>
        <w:rPr>
          <w:rFonts w:ascii="BIZ UDPゴシック" w:eastAsia="BIZ UDPゴシック" w:hAnsi="BIZ UDPゴシック" w:hint="eastAsia"/>
          <w:sz w:val="20"/>
          <w:szCs w:val="20"/>
          <w:lang w:eastAsia="ja-JP"/>
        </w:rPr>
        <w:t xml:space="preserve">　　</w:t>
      </w:r>
      <w:r w:rsidR="00FD0123">
        <w:rPr>
          <w:rFonts w:ascii="BIZ UDPゴシック" w:eastAsia="BIZ UDPゴシック" w:hAnsi="BIZ UDPゴシック" w:hint="eastAsia"/>
          <w:sz w:val="20"/>
          <w:szCs w:val="20"/>
          <w:lang w:eastAsia="ja-JP"/>
        </w:rPr>
        <w:t xml:space="preserve">　</w:t>
      </w:r>
      <w:r w:rsidRPr="00600CD1">
        <w:rPr>
          <w:rFonts w:ascii="Segoe UI Symbol" w:eastAsia="BIZ UDPゴシック" w:hAnsi="Segoe UI Symbol" w:cs="Segoe UI Symbol"/>
          <w:sz w:val="20"/>
          <w:szCs w:val="20"/>
          <w:lang w:eastAsia="ja-JP"/>
        </w:rPr>
        <w:t>☐</w:t>
      </w:r>
      <w:r w:rsidRPr="00600CD1">
        <w:rPr>
          <w:rFonts w:ascii="BIZ UDPゴシック" w:eastAsia="BIZ UDPゴシック" w:hAnsi="BIZ UDPゴシック" w:hint="eastAsia"/>
          <w:sz w:val="20"/>
          <w:szCs w:val="20"/>
          <w:lang w:eastAsia="ja-JP"/>
        </w:rPr>
        <w:t xml:space="preserve">　ｃ　暴力団員が自身（又は法人）の事業活動を支配している。</w:t>
      </w:r>
    </w:p>
    <w:p w14:paraId="190C0A97" w14:textId="718BE2F1" w:rsidR="00544D2D" w:rsidRPr="00600CD1" w:rsidRDefault="00DC2AC7">
      <w:pPr>
        <w:spacing w:after="40"/>
        <w:rPr>
          <w:rFonts w:ascii="BIZ UDPゴシック" w:eastAsia="BIZ UDPゴシック" w:hAnsi="BIZ UDPゴシック"/>
          <w:sz w:val="20"/>
          <w:szCs w:val="20"/>
          <w:lang w:eastAsia="ja-JP"/>
        </w:rPr>
      </w:pPr>
      <w:r>
        <w:rPr>
          <w:rFonts w:ascii="BIZ UDPゴシック" w:eastAsia="BIZ UDPゴシック" w:hAnsi="BIZ UDPゴシック" w:hint="eastAsia"/>
          <w:sz w:val="16"/>
          <w:szCs w:val="16"/>
          <w:lang w:eastAsia="ja-JP"/>
        </w:rPr>
        <w:t xml:space="preserve">　　</w:t>
      </w:r>
      <w:r w:rsidR="00FD0123">
        <w:rPr>
          <w:rFonts w:ascii="BIZ UDPゴシック" w:eastAsia="BIZ UDPゴシック" w:hAnsi="BIZ UDPゴシック" w:hint="eastAsia"/>
          <w:sz w:val="16"/>
          <w:szCs w:val="16"/>
          <w:lang w:eastAsia="ja-JP"/>
        </w:rPr>
        <w:t xml:space="preserve">　　　</w:t>
      </w:r>
      <w:r w:rsidRPr="00DC2AC7">
        <w:rPr>
          <w:rFonts w:ascii="BIZ UDPゴシック" w:eastAsia="BIZ UDPゴシック" w:hAnsi="BIZ UDPゴシック"/>
          <w:sz w:val="16"/>
          <w:szCs w:val="16"/>
          <w:lang w:eastAsia="ja-JP"/>
        </w:rPr>
        <w:t>（</w:t>
      </w:r>
      <w:r w:rsidRPr="00DC2AC7">
        <w:rPr>
          <w:rFonts w:ascii="BIZ UDPゴシック" w:eastAsia="BIZ UDPゴシック" w:hAnsi="BIZ UDPゴシック" w:hint="eastAsia"/>
          <w:sz w:val="16"/>
          <w:szCs w:val="16"/>
          <w:lang w:eastAsia="ja-JP"/>
        </w:rPr>
        <w:t>注２）</w:t>
      </w:r>
      <w:r>
        <w:rPr>
          <w:rFonts w:ascii="BIZ UDPゴシック" w:eastAsia="BIZ UDPゴシック" w:hAnsi="BIZ UDPゴシック" w:hint="eastAsia"/>
          <w:sz w:val="16"/>
          <w:szCs w:val="16"/>
          <w:lang w:eastAsia="ja-JP"/>
        </w:rPr>
        <w:t xml:space="preserve"> </w:t>
      </w:r>
      <w:r w:rsidRPr="00DC2AC7">
        <w:rPr>
          <w:rFonts w:ascii="BIZ UDPゴシック" w:eastAsia="BIZ UDPゴシック" w:hAnsi="BIZ UDPゴシック" w:hint="eastAsia"/>
          <w:sz w:val="16"/>
          <w:szCs w:val="16"/>
          <w:lang w:eastAsia="ja-JP"/>
        </w:rPr>
        <w:t>暴力団員による不当な行為の防止等に関する法律第２条６号に規定する暴力団員をいう。</w:t>
      </w:r>
    </w:p>
    <w:p w14:paraId="27E8A279" w14:textId="77777777" w:rsidR="008C6E7D" w:rsidRPr="00DC2AC7" w:rsidRDefault="008C6E7D">
      <w:pPr>
        <w:spacing w:after="40"/>
        <w:rPr>
          <w:rFonts w:ascii="BIZ UDPゴシック" w:eastAsia="BIZ UDPゴシック" w:hAnsi="BIZ UDPゴシック"/>
          <w:sz w:val="20"/>
          <w:szCs w:val="20"/>
          <w:lang w:eastAsia="ja-JP"/>
        </w:rPr>
      </w:pPr>
    </w:p>
    <w:p w14:paraId="42FFADDB" w14:textId="0F5C9FE9" w:rsidR="00DC2AC7" w:rsidRPr="00D7006F" w:rsidRDefault="00DC2AC7">
      <w:pPr>
        <w:spacing w:after="40"/>
        <w:rPr>
          <w:rFonts w:ascii="BIZ UDPゴシック" w:eastAsia="BIZ UDPゴシック" w:hAnsi="BIZ UDPゴシック"/>
          <w:b/>
          <w:sz w:val="20"/>
          <w:szCs w:val="20"/>
          <w:u w:val="single"/>
          <w:lang w:eastAsia="ja-JP"/>
        </w:rPr>
      </w:pPr>
      <w:r w:rsidRPr="00D7006F">
        <w:rPr>
          <w:rFonts w:ascii="BIZ UDPゴシック" w:eastAsia="BIZ UDPゴシック" w:hAnsi="BIZ UDPゴシック" w:hint="eastAsia"/>
          <w:b/>
          <w:sz w:val="20"/>
          <w:szCs w:val="20"/>
          <w:u w:val="single"/>
          <w:lang w:eastAsia="ja-JP"/>
        </w:rPr>
        <w:t>４　その他　（求人不受理のためのチェック項目ではありませんが，ご確認ください。）</w:t>
      </w:r>
    </w:p>
    <w:p w14:paraId="5BFC4D39" w14:textId="3956031C" w:rsidR="00DC2AC7" w:rsidRDefault="00DC2AC7">
      <w:pPr>
        <w:spacing w:after="40"/>
        <w:rPr>
          <w:rFonts w:ascii="BIZ UDPゴシック" w:eastAsia="BIZ UDPゴシック" w:hAnsi="BIZ UDPゴシック"/>
          <w:sz w:val="20"/>
          <w:szCs w:val="20"/>
          <w:lang w:eastAsia="ja-JP"/>
        </w:rPr>
      </w:pPr>
      <w:r>
        <w:rPr>
          <w:rFonts w:ascii="BIZ UDPゴシック" w:eastAsia="BIZ UDPゴシック" w:hAnsi="BIZ UDPゴシック" w:hint="eastAsia"/>
          <w:sz w:val="20"/>
          <w:szCs w:val="20"/>
          <w:lang w:eastAsia="ja-JP"/>
        </w:rPr>
        <w:t xml:space="preserve">　　</w:t>
      </w:r>
      <w:r w:rsidRPr="00600CD1">
        <w:rPr>
          <w:rFonts w:ascii="BIZ UDPゴシック" w:eastAsia="BIZ UDPゴシック" w:hAnsi="BIZ UDPゴシック" w:hint="eastAsia"/>
          <w:sz w:val="20"/>
          <w:szCs w:val="20"/>
          <w:lang w:eastAsia="ja-JP"/>
        </w:rPr>
        <w:t>職業紹介事業者は，同盟罷業　（ストライキ）　又は作業所閉鎖　（ロックアウト）　が行われている事業所に対して職業紹介を行ってはならないこととされていますので，該当する場合はチェックをお願いします。</w:t>
      </w:r>
    </w:p>
    <w:p w14:paraId="3AC3DAF7" w14:textId="1E8E1F7B" w:rsidR="00544D2D" w:rsidRPr="00DC2AC7" w:rsidRDefault="00DC2AC7">
      <w:pPr>
        <w:spacing w:after="40"/>
        <w:rPr>
          <w:rFonts w:ascii="BIZ UDPゴシック" w:eastAsia="BIZ UDPゴシック" w:hAnsi="BIZ UDPゴシック"/>
          <w:b/>
          <w:sz w:val="20"/>
          <w:szCs w:val="20"/>
          <w:lang w:eastAsia="ja-JP"/>
        </w:rPr>
      </w:pPr>
      <w:r>
        <w:rPr>
          <w:rFonts w:ascii="BIZ UDPゴシック" w:eastAsia="BIZ UDPゴシック" w:hAnsi="BIZ UDPゴシック" w:hint="eastAsia"/>
          <w:sz w:val="20"/>
          <w:szCs w:val="20"/>
          <w:lang w:eastAsia="ja-JP"/>
        </w:rPr>
        <w:t xml:space="preserve">　</w:t>
      </w:r>
      <w:r w:rsidR="00FD0123">
        <w:rPr>
          <w:rFonts w:ascii="BIZ UDPゴシック" w:eastAsia="BIZ UDPゴシック" w:hAnsi="BIZ UDPゴシック" w:hint="eastAsia"/>
          <w:sz w:val="20"/>
          <w:szCs w:val="20"/>
          <w:lang w:eastAsia="ja-JP"/>
        </w:rPr>
        <w:t xml:space="preserve">　</w:t>
      </w:r>
      <w:r>
        <w:rPr>
          <w:rFonts w:ascii="BIZ UDPゴシック" w:eastAsia="BIZ UDPゴシック" w:hAnsi="BIZ UDPゴシック" w:hint="eastAsia"/>
          <w:sz w:val="20"/>
          <w:szCs w:val="20"/>
          <w:lang w:eastAsia="ja-JP"/>
        </w:rPr>
        <w:t xml:space="preserve">　</w:t>
      </w:r>
      <w:r w:rsidRPr="00600CD1">
        <w:rPr>
          <w:rFonts w:ascii="Segoe UI Symbol" w:eastAsia="BIZ UDPゴシック" w:hAnsi="Segoe UI Symbol" w:cs="Segoe UI Symbol"/>
          <w:sz w:val="20"/>
          <w:szCs w:val="20"/>
          <w:lang w:eastAsia="ja-JP"/>
        </w:rPr>
        <w:t>☐</w:t>
      </w:r>
      <w:r w:rsidRPr="00600CD1">
        <w:rPr>
          <w:rFonts w:ascii="BIZ UDPゴシック" w:eastAsia="BIZ UDPゴシック" w:hAnsi="BIZ UDPゴシック" w:hint="eastAsia"/>
          <w:sz w:val="20"/>
          <w:szCs w:val="20"/>
          <w:lang w:eastAsia="ja-JP"/>
        </w:rPr>
        <w:t xml:space="preserve">　事業所において，同盟罷業又は作業閉鎖が行われている。</w:t>
      </w:r>
    </w:p>
    <w:sectPr w:rsidR="00544D2D" w:rsidRPr="00DC2AC7" w:rsidSect="00034616">
      <w:pgSz w:w="11906" w:h="16838"/>
      <w:pgMar w:top="680" w:right="850" w:bottom="68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896E2" w14:textId="77777777" w:rsidR="00AC3E74" w:rsidRDefault="00AC3E74" w:rsidP="00AC3E74">
      <w:pPr>
        <w:spacing w:after="0" w:line="240" w:lineRule="auto"/>
      </w:pPr>
      <w:r>
        <w:separator/>
      </w:r>
    </w:p>
  </w:endnote>
  <w:endnote w:type="continuationSeparator" w:id="0">
    <w:p w14:paraId="2E853B85" w14:textId="77777777" w:rsidR="00AC3E74" w:rsidRDefault="00AC3E74" w:rsidP="00AC3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7184E" w14:textId="77777777" w:rsidR="00AC3E74" w:rsidRDefault="00AC3E74" w:rsidP="00AC3E74">
      <w:pPr>
        <w:spacing w:after="0" w:line="240" w:lineRule="auto"/>
      </w:pPr>
      <w:r>
        <w:separator/>
      </w:r>
    </w:p>
  </w:footnote>
  <w:footnote w:type="continuationSeparator" w:id="0">
    <w:p w14:paraId="3F1CC1DF" w14:textId="77777777" w:rsidR="00AC3E74" w:rsidRDefault="00AC3E74" w:rsidP="00AC3E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7795"/>
    <w:rsid w:val="0029639D"/>
    <w:rsid w:val="002B513F"/>
    <w:rsid w:val="00326F90"/>
    <w:rsid w:val="003D2156"/>
    <w:rsid w:val="00544D2D"/>
    <w:rsid w:val="00564944"/>
    <w:rsid w:val="005D7186"/>
    <w:rsid w:val="00600CD1"/>
    <w:rsid w:val="00622ADC"/>
    <w:rsid w:val="0063682A"/>
    <w:rsid w:val="008C6E7D"/>
    <w:rsid w:val="00AA1D8D"/>
    <w:rsid w:val="00AC3E74"/>
    <w:rsid w:val="00B47730"/>
    <w:rsid w:val="00B60B5F"/>
    <w:rsid w:val="00B63731"/>
    <w:rsid w:val="00C04FEC"/>
    <w:rsid w:val="00CB0664"/>
    <w:rsid w:val="00D7006F"/>
    <w:rsid w:val="00DA4A9A"/>
    <w:rsid w:val="00DC2AC7"/>
    <w:rsid w:val="00E01918"/>
    <w:rsid w:val="00E44724"/>
    <w:rsid w:val="00E60F4E"/>
    <w:rsid w:val="00ED5B27"/>
    <w:rsid w:val="00F46833"/>
    <w:rsid w:val="00FC693F"/>
    <w:rsid w:val="00FD01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14:docId w14:val="4139CE94"/>
  <w14:defaultImageDpi w14:val="300"/>
  <w15:docId w15:val="{E0B46E28-2676-4561-BA8F-17D795937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明朝" w:eastAsia="ＭＳ 明朝" w:hAnsi="ＭＳ 明朝"/>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Pages>
  <Words>468</Words>
  <Characters>2673</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健康政策課４</cp:lastModifiedBy>
  <cp:revision>21</cp:revision>
  <cp:lastPrinted>2026-08-26T09:55:00Z</cp:lastPrinted>
  <dcterms:created xsi:type="dcterms:W3CDTF">2026-07-17T05:43:00Z</dcterms:created>
  <dcterms:modified xsi:type="dcterms:W3CDTF">2026-08-28T00:05:00Z</dcterms:modified>
  <cp:category/>
</cp:coreProperties>
</file>